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31E2" w14:textId="77777777" w:rsidR="00410860" w:rsidRPr="00871CCE" w:rsidRDefault="00000000">
      <w:pPr>
        <w:spacing w:after="40"/>
        <w:jc w:val="center"/>
        <w:rPr>
          <w:rFonts w:ascii="Kalpurush" w:hAnsi="Kalpurush" w:cs="Kalpurush"/>
          <w:sz w:val="24"/>
          <w:szCs w:val="32"/>
        </w:rPr>
      </w:pPr>
      <w:r w:rsidRPr="00871CCE">
        <w:rPr>
          <w:rFonts w:ascii="Kalpurush" w:hAnsi="Kalpurush" w:cs="Kalpurush"/>
          <w:b/>
          <w:color w:val="1F4E79"/>
          <w:sz w:val="28"/>
          <w:szCs w:val="32"/>
        </w:rPr>
        <w:t>[COMPANY NAME / LOGO]</w:t>
      </w:r>
    </w:p>
    <w:p w14:paraId="30813CE1" w14:textId="73795FB8" w:rsidR="00985BC0" w:rsidRPr="002472DF" w:rsidRDefault="00000000" w:rsidP="002472DF">
      <w:pPr>
        <w:spacing w:after="20"/>
        <w:jc w:val="center"/>
        <w:rPr>
          <w:rFonts w:ascii="Kalpurush" w:hAnsi="Kalpurush" w:cs="Kalpurush"/>
        </w:rPr>
      </w:pPr>
      <w:proofErr w:type="spellStart"/>
      <w:r w:rsidRPr="002472DF">
        <w:rPr>
          <w:rFonts w:ascii="Kalpurush" w:hAnsi="Kalpurush" w:cs="Kalpurush"/>
          <w:b/>
          <w:color w:val="17365D"/>
          <w:sz w:val="34"/>
        </w:rPr>
        <w:t>নিয়োগপত্র</w:t>
      </w:r>
      <w:proofErr w:type="spellEnd"/>
    </w:p>
    <w:p w14:paraId="27BC63EA" w14:textId="77777777" w:rsidR="00985BC0" w:rsidRPr="002472DF" w:rsidRDefault="00985BC0">
      <w:pPr>
        <w:spacing w:after="0"/>
        <w:rPr>
          <w:rFonts w:ascii="Kalpurush" w:hAnsi="Kalpurush" w:cs="Kalpurush"/>
        </w:rPr>
      </w:pPr>
    </w:p>
    <w:p w14:paraId="18A20E17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</w:rPr>
        <w:t>[তারিখ]</w:t>
      </w:r>
    </w:p>
    <w:p w14:paraId="1C033B9C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</w:rPr>
        <w:t>প্রাপক,</w:t>
      </w:r>
      <w:r w:rsidRPr="002472DF">
        <w:rPr>
          <w:rFonts w:ascii="Kalpurush" w:hAnsi="Kalpurush" w:cs="Kalpurush"/>
        </w:rPr>
        <w:br/>
        <w:t>[কর্মীর পূর্ণ নাম]</w:t>
      </w:r>
      <w:r w:rsidRPr="002472DF">
        <w:rPr>
          <w:rFonts w:ascii="Kalpurush" w:hAnsi="Kalpurush" w:cs="Kalpurush"/>
        </w:rPr>
        <w:br/>
        <w:t>[বর্তমান ঠিকানা]</w:t>
      </w:r>
      <w:r w:rsidRPr="002472DF">
        <w:rPr>
          <w:rFonts w:ascii="Kalpurush" w:hAnsi="Kalpurush" w:cs="Kalpurush"/>
        </w:rPr>
        <w:br/>
        <w:t>[স্থায়ী ঠিকানা]</w:t>
      </w:r>
    </w:p>
    <w:p w14:paraId="43128C70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  <w:b/>
        </w:rPr>
        <w:t>বিষয়: [পদবী] পদে নিয়োগ</w:t>
      </w:r>
    </w:p>
    <w:p w14:paraId="39A28A71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</w:rPr>
        <w:t>প্রিয় [কর্মীর নাম],</w:t>
      </w:r>
    </w:p>
    <w:p w14:paraId="2BA5DE27" w14:textId="03D683C3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</w:rPr>
        <w:t xml:space="preserve">[প্রতিষ্ঠানের নাম]-এ আপনাকে [পদবী] পদে নিয়োগের প্রস্তাব জানাতে পেরে আমরা আনন্দিত। এই নিয়োগপত্রে উল্লেখিত শর্তাবলি, প্রযোজ্য বৈধ সার্ভিস রুলস এবং বাংলাদেশের প্রযোজ্য আইন অনুসারে আপনার নিয়োগ পরিচালিত হবে। কোনো তথ্য </w:t>
      </w:r>
      <w:proofErr w:type="spellStart"/>
      <w:r w:rsidRPr="002472DF">
        <w:rPr>
          <w:rFonts w:ascii="Kalpurush" w:hAnsi="Kalpurush" w:cs="Kalpurush"/>
        </w:rPr>
        <w:t>অস্পষ্ট</w:t>
      </w:r>
      <w:proofErr w:type="spellEnd"/>
      <w:r w:rsidR="00985BC0" w:rsidRPr="002472DF">
        <w:rPr>
          <w:rFonts w:ascii="Kalpurush" w:hAnsi="Kalpurush" w:cs="Kalpurush"/>
        </w:rPr>
        <w:t xml:space="preserve"> </w:t>
      </w:r>
      <w:proofErr w:type="spellStart"/>
      <w:r w:rsidR="00985BC0" w:rsidRPr="002472DF">
        <w:rPr>
          <w:rFonts w:ascii="Kalpurush" w:hAnsi="Kalpurush" w:cs="Kalpurush"/>
        </w:rPr>
        <w:t>বা</w:t>
      </w:r>
      <w:proofErr w:type="spellEnd"/>
      <w:r w:rsidR="00985BC0" w:rsidRPr="002472DF">
        <w:rPr>
          <w:rFonts w:ascii="Kalpurush" w:hAnsi="Kalpurush" w:cs="Kalpurush"/>
        </w:rPr>
        <w:t xml:space="preserve"> </w:t>
      </w:r>
      <w:proofErr w:type="spellStart"/>
      <w:r w:rsidR="00985BC0" w:rsidRPr="002472DF">
        <w:rPr>
          <w:rFonts w:ascii="Kalpurush" w:hAnsi="Kalpurush" w:cs="Kalpurush"/>
        </w:rPr>
        <w:t>ভুল</w:t>
      </w:r>
      <w:proofErr w:type="spellEnd"/>
      <w:r w:rsidR="00985BC0" w:rsidRPr="002472DF">
        <w:rPr>
          <w:rFonts w:ascii="Kalpurush" w:hAnsi="Kalpurush" w:cs="Kalpurush"/>
        </w:rPr>
        <w:t xml:space="preserve"> </w:t>
      </w:r>
      <w:proofErr w:type="spellStart"/>
      <w:r w:rsidR="00985BC0" w:rsidRPr="002472DF">
        <w:rPr>
          <w:rFonts w:ascii="Kalpurush" w:hAnsi="Kalpurush" w:cs="Kalpurush"/>
        </w:rPr>
        <w:t>মনে</w:t>
      </w:r>
      <w:proofErr w:type="spellEnd"/>
      <w:r w:rsidRPr="002472DF">
        <w:rPr>
          <w:rFonts w:ascii="Kalpurush" w:hAnsi="Kalpurush" w:cs="Kalpurush"/>
        </w:rPr>
        <w:t xml:space="preserve"> </w:t>
      </w:r>
      <w:proofErr w:type="spellStart"/>
      <w:r w:rsidRPr="002472DF">
        <w:rPr>
          <w:rFonts w:ascii="Kalpurush" w:hAnsi="Kalpurush" w:cs="Kalpurush"/>
        </w:rPr>
        <w:t>হলে</w:t>
      </w:r>
      <w:proofErr w:type="spellEnd"/>
      <w:r w:rsidRPr="002472DF">
        <w:rPr>
          <w:rFonts w:ascii="Kalpurush" w:hAnsi="Kalpurush" w:cs="Kalpurush"/>
        </w:rPr>
        <w:t xml:space="preserve"> [</w:t>
      </w:r>
      <w:proofErr w:type="spellStart"/>
      <w:r w:rsidRPr="002472DF">
        <w:rPr>
          <w:rFonts w:ascii="Kalpurush" w:hAnsi="Kalpurush" w:cs="Kalpurush"/>
        </w:rPr>
        <w:t>এইচআর</w:t>
      </w:r>
      <w:proofErr w:type="spellEnd"/>
      <w:r w:rsidRPr="002472DF">
        <w:rPr>
          <w:rFonts w:ascii="Kalpurush" w:hAnsi="Kalpurush" w:cs="Kalpurush"/>
        </w:rPr>
        <w:t xml:space="preserve"> </w:t>
      </w:r>
      <w:proofErr w:type="spellStart"/>
      <w:r w:rsidRPr="002472DF">
        <w:rPr>
          <w:rFonts w:ascii="Kalpurush" w:hAnsi="Kalpurush" w:cs="Kalpurush"/>
        </w:rPr>
        <w:t>যোগাযোগ</w:t>
      </w:r>
      <w:proofErr w:type="spellEnd"/>
      <w:r w:rsidRPr="002472DF">
        <w:rPr>
          <w:rFonts w:ascii="Kalpurush" w:hAnsi="Kalpurush" w:cs="Kalpurush"/>
        </w:rPr>
        <w:t>]-এর সঙ্গে যোগাযোগ করুন।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410860" w:rsidRPr="002472DF" w14:paraId="692BAF95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1548547D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b/>
                <w:color w:val="17365D"/>
                <w:sz w:val="18"/>
              </w:rPr>
              <w:t>নিয়োগকর্তা/প্রতিষ্ঠান</w:t>
            </w:r>
          </w:p>
        </w:tc>
        <w:tc>
          <w:tcPr>
            <w:tcW w:w="5040" w:type="dxa"/>
            <w:vAlign w:val="center"/>
          </w:tcPr>
          <w:p w14:paraId="12DDFC7B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t>[প্রতিষ্ঠানের আইনগত নাম ও ঠিকানা]</w:t>
            </w:r>
          </w:p>
        </w:tc>
      </w:tr>
      <w:tr w:rsidR="00410860" w:rsidRPr="002472DF" w14:paraId="3A8C9E41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4BFBCA1C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b/>
                <w:color w:val="17365D"/>
                <w:sz w:val="18"/>
              </w:rPr>
              <w:t>কর্মীর নাম</w:t>
            </w:r>
          </w:p>
        </w:tc>
        <w:tc>
          <w:tcPr>
            <w:tcW w:w="5040" w:type="dxa"/>
            <w:vAlign w:val="center"/>
          </w:tcPr>
          <w:p w14:paraId="15856BFE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t>[সরকারি নথি অনুযায়ী পূর্ণ নাম]</w:t>
            </w:r>
          </w:p>
        </w:tc>
      </w:tr>
      <w:tr w:rsidR="00410860" w:rsidRPr="002472DF" w14:paraId="386F9D2F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3F9FF92F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b/>
                <w:color w:val="17365D"/>
                <w:sz w:val="18"/>
              </w:rPr>
              <w:t>পদবী/বিভাগ</w:t>
            </w:r>
          </w:p>
        </w:tc>
        <w:tc>
          <w:tcPr>
            <w:tcW w:w="5040" w:type="dxa"/>
            <w:vAlign w:val="center"/>
          </w:tcPr>
          <w:p w14:paraId="7727442E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t>[পদবী] / [বিভাগ]</w:t>
            </w:r>
          </w:p>
        </w:tc>
      </w:tr>
      <w:tr w:rsidR="00410860" w:rsidRPr="002472DF" w14:paraId="5CADE3BA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2CEDF34F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b/>
                <w:color w:val="17365D"/>
                <w:sz w:val="18"/>
              </w:rPr>
              <w:t>কর্মীর শ্রেণি</w:t>
            </w:r>
          </w:p>
        </w:tc>
        <w:tc>
          <w:tcPr>
            <w:tcW w:w="5040" w:type="dxa"/>
            <w:vAlign w:val="center"/>
          </w:tcPr>
          <w:p w14:paraId="3F9BF25E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t>[যাচাই করে প্রযোজ্য শ্রেণি লিখুন]</w:t>
            </w:r>
          </w:p>
        </w:tc>
      </w:tr>
      <w:tr w:rsidR="00410860" w:rsidRPr="002472DF" w14:paraId="2C27DFE7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16063FC6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b/>
                <w:color w:val="17365D"/>
                <w:sz w:val="18"/>
              </w:rPr>
              <w:t>যোগদানের তারিখ</w:t>
            </w:r>
          </w:p>
        </w:tc>
        <w:tc>
          <w:tcPr>
            <w:tcW w:w="5040" w:type="dxa"/>
            <w:vAlign w:val="center"/>
          </w:tcPr>
          <w:p w14:paraId="08C9434F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t>[দিন মাস বছর]</w:t>
            </w:r>
          </w:p>
        </w:tc>
      </w:tr>
      <w:tr w:rsidR="00410860" w:rsidRPr="002472DF" w14:paraId="56E57608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10C56F39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b/>
                <w:color w:val="17365D"/>
                <w:sz w:val="18"/>
              </w:rPr>
              <w:t>কর্মস্থল</w:t>
            </w:r>
          </w:p>
        </w:tc>
        <w:tc>
          <w:tcPr>
            <w:tcW w:w="5040" w:type="dxa"/>
            <w:vAlign w:val="center"/>
          </w:tcPr>
          <w:p w14:paraId="01488A12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t>[অফিস/কারখানা/কর্মস্থলের ঠিকানা]</w:t>
            </w:r>
          </w:p>
        </w:tc>
      </w:tr>
      <w:tr w:rsidR="00410860" w:rsidRPr="002472DF" w14:paraId="10649F3B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3BEDF22A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b/>
                <w:color w:val="17365D"/>
                <w:sz w:val="18"/>
              </w:rPr>
              <w:t>মাসিক মোট পারিশ্রমিক</w:t>
            </w:r>
          </w:p>
        </w:tc>
        <w:tc>
          <w:tcPr>
            <w:tcW w:w="5040" w:type="dxa"/>
            <w:vAlign w:val="center"/>
          </w:tcPr>
          <w:p w14:paraId="327011B8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t>৳ [পরিমাণ]</w:t>
            </w:r>
          </w:p>
        </w:tc>
      </w:tr>
      <w:tr w:rsidR="00410860" w:rsidRPr="002472DF" w14:paraId="1381231A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F3D56AC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b/>
                <w:color w:val="17365D"/>
                <w:sz w:val="18"/>
              </w:rPr>
              <w:t>রিপোর্ট করবেন</w:t>
            </w:r>
          </w:p>
        </w:tc>
        <w:tc>
          <w:tcPr>
            <w:tcW w:w="5040" w:type="dxa"/>
            <w:vAlign w:val="center"/>
          </w:tcPr>
          <w:p w14:paraId="6F33062F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t>[নাম/পদবী]</w:t>
            </w:r>
          </w:p>
        </w:tc>
      </w:tr>
    </w:tbl>
    <w:p w14:paraId="5C2C50D2" w14:textId="77777777" w:rsidR="00410860" w:rsidRPr="002472DF" w:rsidRDefault="00410860">
      <w:pPr>
        <w:spacing w:after="0"/>
        <w:rPr>
          <w:rFonts w:ascii="Kalpurush" w:hAnsi="Kalpurush" w:cs="Kalpurush"/>
        </w:rPr>
      </w:pPr>
    </w:p>
    <w:p w14:paraId="2B2560DB" w14:textId="77777777" w:rsidR="00410860" w:rsidRPr="002472DF" w:rsidRDefault="00000000">
      <w:pPr>
        <w:pStyle w:val="Heading2"/>
        <w:rPr>
          <w:rFonts w:ascii="Kalpurush" w:hAnsi="Kalpurush" w:cs="Kalpurush"/>
        </w:rPr>
      </w:pPr>
      <w:r w:rsidRPr="002472DF">
        <w:rPr>
          <w:rFonts w:ascii="Kalpurush" w:hAnsi="Kalpurush" w:cs="Kalpurush"/>
        </w:rPr>
        <w:t>চাকরির শর্তাবলি</w:t>
      </w:r>
    </w:p>
    <w:p w14:paraId="54017FDC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  <w:b/>
          <w:bCs/>
        </w:rPr>
        <w:t>১. পদ ও দায়িত্ব:</w:t>
      </w:r>
      <w:r w:rsidRPr="002472DF">
        <w:rPr>
          <w:rFonts w:ascii="Kalpurush" w:hAnsi="Kalpurush" w:cs="Kalpurush"/>
        </w:rPr>
        <w:t xml:space="preserve"> আপনি [বিভাগ]-এ [পদবী] হিসেবে কাজ করবেন এবং [রিপোর্টিং কর্মকর্তা]-এর কাছে রিপোর্ট করবেন। আপনার দায়িত্বের মধ্যে [সংক্ষিপ্ত দায়িত্ব] এবং পদের সঙ্গে সম্পর্কিত যুক্তিসংগত অন্যান্য কাজ অন্তর্ভুক্ত থাকবে।</w:t>
      </w:r>
    </w:p>
    <w:p w14:paraId="5892EDA4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  <w:b/>
          <w:bCs/>
        </w:rPr>
        <w:t>২. যোগদান ও কর্মস্থল</w:t>
      </w:r>
      <w:r w:rsidRPr="002472DF">
        <w:rPr>
          <w:rFonts w:ascii="Kalpurush" w:hAnsi="Kalpurush" w:cs="Kalpurush"/>
        </w:rPr>
        <w:t xml:space="preserve">: আপনার যোগদানের তারিখ [দিন মাস </w:t>
      </w:r>
      <w:proofErr w:type="gramStart"/>
      <w:r w:rsidRPr="002472DF">
        <w:rPr>
          <w:rFonts w:ascii="Kalpurush" w:hAnsi="Kalpurush" w:cs="Kalpurush"/>
        </w:rPr>
        <w:t>বছর]।</w:t>
      </w:r>
      <w:proofErr w:type="gramEnd"/>
      <w:r w:rsidRPr="002472DF">
        <w:rPr>
          <w:rFonts w:ascii="Kalpurush" w:hAnsi="Kalpurush" w:cs="Kalpurush"/>
        </w:rPr>
        <w:t xml:space="preserve"> আপনার প্রধান কর্মস্থল [ঠিকানা]। কর্মঘণ্টা, সাপ্তাহিক বিশ্রাম এবং শিফটের ব্যবস্থা লিখিতভাবে জানানো হবে এবং প্রযোজ্য আইন অনুসরণ করবে।</w:t>
      </w:r>
    </w:p>
    <w:p w14:paraId="17B39ACD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  <w:b/>
          <w:bCs/>
        </w:rPr>
        <w:t>৩. বেতন ও পারিশ্রমিক:</w:t>
      </w:r>
      <w:r w:rsidRPr="002472DF">
        <w:rPr>
          <w:rFonts w:ascii="Kalpurush" w:hAnsi="Kalpurush" w:cs="Kalpurush"/>
        </w:rPr>
        <w:t xml:space="preserve"> আপনার মাসিক মোট পারিশ্রমিক ৳ [পরিমাণ]। এর উপাদান: [মূল বেতন], [ভাতা/অন্যান্য </w:t>
      </w:r>
      <w:proofErr w:type="gramStart"/>
      <w:r w:rsidRPr="002472DF">
        <w:rPr>
          <w:rFonts w:ascii="Kalpurush" w:hAnsi="Kalpurush" w:cs="Kalpurush"/>
        </w:rPr>
        <w:t>উপাদান]।</w:t>
      </w:r>
      <w:proofErr w:type="gramEnd"/>
      <w:r w:rsidRPr="002472DF">
        <w:rPr>
          <w:rFonts w:ascii="Kalpurush" w:hAnsi="Kalpurush" w:cs="Kalpurush"/>
        </w:rPr>
        <w:t xml:space="preserve"> প্রযোজ্য কর্তন, সুবিধা এবং বেতন প্রদানের নিয়ম লিখিত বেতন কাঠামো, প্রযোজ্য নীতিমালা ও আইন অনুযায়ী নির্ধারিত হবে।</w:t>
      </w:r>
    </w:p>
    <w:p w14:paraId="6046655D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  <w:b/>
          <w:bCs/>
        </w:rPr>
        <w:t>৪. ছুটি ও সুবিধা:</w:t>
      </w:r>
      <w:r w:rsidRPr="002472DF">
        <w:rPr>
          <w:rFonts w:ascii="Kalpurush" w:hAnsi="Kalpurush" w:cs="Kalpurush"/>
        </w:rPr>
        <w:t xml:space="preserve"> প্রযোজ্য আইন এবং প্রতিষ্ঠানের ক্ষেত্রে প্রযোজ্য নীতিমালা অনুযায়ী ছুটি, ছুটির দিন ও অন্যান্য সুবিধা দেওয়া হবে। নির্দিষ্ট সুবিধা ও যোগ্যতা: [বিবরণ/নীতিমালার </w:t>
      </w:r>
      <w:proofErr w:type="gramStart"/>
      <w:r w:rsidRPr="002472DF">
        <w:rPr>
          <w:rFonts w:ascii="Kalpurush" w:hAnsi="Kalpurush" w:cs="Kalpurush"/>
        </w:rPr>
        <w:t>উল্লেখ]।</w:t>
      </w:r>
      <w:proofErr w:type="gramEnd"/>
    </w:p>
    <w:p w14:paraId="07AB9826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  <w:b/>
          <w:bCs/>
        </w:rPr>
        <w:t>৫. নীতিমালা ও আচরণ:</w:t>
      </w:r>
      <w:r w:rsidRPr="002472DF">
        <w:rPr>
          <w:rFonts w:ascii="Kalpurush" w:hAnsi="Kalpurush" w:cs="Kalpurush"/>
        </w:rPr>
        <w:t xml:space="preserve"> আপনাকে প্রতিষ্ঠানের প্রযোজ্য বৈধ নীতিমালা, নিরাপত্তা নির্দেশনা এবং জানানো গোপনীয়তার দায়বদ্ধতা অনুসরণ করতে হবে।</w:t>
      </w:r>
    </w:p>
    <w:p w14:paraId="5CF8AAD7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  <w:b/>
          <w:bCs/>
        </w:rPr>
        <w:t>৬. নোটিশ ও চাকরির অবসান:</w:t>
      </w:r>
      <w:r w:rsidRPr="002472DF">
        <w:rPr>
          <w:rFonts w:ascii="Kalpurush" w:hAnsi="Kalpurush" w:cs="Kalpurush"/>
        </w:rPr>
        <w:t xml:space="preserve"> নোটিশ, পদত্যাগ, চাকরির অবসান এবং সংশ্লিষ্ট বিষয় কর্মীর ক্ষেত্রে প্রযোজ্য আইন ও বৈধ শর্ত অনুযায়ী পরিচালিত হবে। যাচাইকৃত শর্ত এখানে যুক্ত করুন: [অনুমোদিত </w:t>
      </w:r>
      <w:proofErr w:type="gramStart"/>
      <w:r w:rsidRPr="002472DF">
        <w:rPr>
          <w:rFonts w:ascii="Kalpurush" w:hAnsi="Kalpurush" w:cs="Kalpurush"/>
        </w:rPr>
        <w:t>ধারা]।</w:t>
      </w:r>
      <w:proofErr w:type="gramEnd"/>
    </w:p>
    <w:p w14:paraId="4ABEED6B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  <w:b/>
          <w:bCs/>
        </w:rPr>
        <w:lastRenderedPageBreak/>
        <w:t>৭. নথি ও তথ্য:</w:t>
      </w:r>
      <w:r w:rsidRPr="002472DF">
        <w:rPr>
          <w:rFonts w:ascii="Kalpurush" w:hAnsi="Kalpurush" w:cs="Kalpurush"/>
        </w:rPr>
        <w:t xml:space="preserve"> যোগদানের জন্য প্রয়োজনীয় সঠিক নথি জমা দিন এবং ব্যক্তিগত যোগাযোগের তথ্য পরিবর্তিত হলে এইচআর বিভাগকে জানান। কর্মীর নথি প্রযোজ্য বিধান অনুযায়ী সংরক্ষণ করা হবে।</w:t>
      </w:r>
    </w:p>
    <w:p w14:paraId="19A7109E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  <w:b/>
          <w:bCs/>
        </w:rPr>
        <w:t>৮. প্রযোজ্য বিধান:</w:t>
      </w:r>
      <w:r w:rsidRPr="002472DF">
        <w:rPr>
          <w:rFonts w:ascii="Kalpurush" w:hAnsi="Kalpurush" w:cs="Kalpurush"/>
        </w:rPr>
        <w:t xml:space="preserve"> এই নিয়োগের ক্ষেত্রে বাংলাদেশের প্রযোজ্য আইন এবং পদটির জন্য প্রযোজ্য বৈধ সার্ভিস রুলস/নীতিমালা অনুসরণ করা হবে। আইনগতভাবে প্রয়োজনীয় অতিরিক্ত তথ্য বা বিবৃতি যাচাই করে যুক্ত করতে হবে।</w:t>
      </w:r>
    </w:p>
    <w:p w14:paraId="393542B5" w14:textId="77777777" w:rsidR="00410860" w:rsidRPr="002472DF" w:rsidRDefault="00000000">
      <w:pPr>
        <w:pStyle w:val="Heading2"/>
        <w:rPr>
          <w:rFonts w:ascii="Kalpurush" w:hAnsi="Kalpurush" w:cs="Kalpurush"/>
        </w:rPr>
      </w:pPr>
      <w:r w:rsidRPr="002472DF">
        <w:rPr>
          <w:rFonts w:ascii="Kalpurush" w:hAnsi="Kalpurush" w:cs="Kalpurush"/>
        </w:rPr>
        <w:t>নিয়োগপত্র গ্রহণ</w:t>
      </w:r>
    </w:p>
    <w:p w14:paraId="4B4CF444" w14:textId="77777777" w:rsidR="00410860" w:rsidRPr="002472DF" w:rsidRDefault="00000000">
      <w:pPr>
        <w:rPr>
          <w:rFonts w:ascii="Kalpurush" w:hAnsi="Kalpurush" w:cs="Kalpurush"/>
        </w:rPr>
      </w:pPr>
      <w:r w:rsidRPr="002472DF">
        <w:rPr>
          <w:rFonts w:ascii="Kalpurush" w:hAnsi="Kalpurush" w:cs="Kalpurush"/>
        </w:rPr>
        <w:t>নিচে স্বাক্ষর করে আপনি এই নিয়োগপত্র গ্রহণের বিষয়টি নিশ্চিত করবেন।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410860" w:rsidRPr="002472DF" w14:paraId="70F38F64" w14:textId="77777777">
        <w:trPr>
          <w:jc w:val="center"/>
        </w:trPr>
        <w:tc>
          <w:tcPr>
            <w:tcW w:w="5040" w:type="dxa"/>
            <w:vAlign w:val="center"/>
          </w:tcPr>
          <w:p w14:paraId="6243BEBA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br/>
            </w:r>
            <w:r w:rsidRPr="002472DF">
              <w:rPr>
                <w:rFonts w:ascii="Kalpurush" w:hAnsi="Kalpurush" w:cs="Kalpurush"/>
                <w:sz w:val="18"/>
              </w:rPr>
              <w:br/>
              <w:t>____________________________</w:t>
            </w:r>
          </w:p>
        </w:tc>
        <w:tc>
          <w:tcPr>
            <w:tcW w:w="5040" w:type="dxa"/>
            <w:vAlign w:val="center"/>
          </w:tcPr>
          <w:p w14:paraId="5BF8C03B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8"/>
              </w:rPr>
              <w:br/>
            </w:r>
            <w:r w:rsidRPr="002472DF">
              <w:rPr>
                <w:rFonts w:ascii="Kalpurush" w:hAnsi="Kalpurush" w:cs="Kalpurush"/>
                <w:sz w:val="18"/>
              </w:rPr>
              <w:br/>
              <w:t>____________________________</w:t>
            </w:r>
          </w:p>
        </w:tc>
      </w:tr>
      <w:tr w:rsidR="00410860" w:rsidRPr="002472DF" w14:paraId="0DF5137C" w14:textId="77777777">
        <w:trPr>
          <w:jc w:val="center"/>
        </w:trPr>
        <w:tc>
          <w:tcPr>
            <w:tcW w:w="5040" w:type="dxa"/>
            <w:vAlign w:val="center"/>
          </w:tcPr>
          <w:p w14:paraId="4AD0E81D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6"/>
              </w:rPr>
              <w:t>নিয়োগকর্তার পক্ষে</w:t>
            </w:r>
            <w:r w:rsidRPr="002472DF">
              <w:rPr>
                <w:rFonts w:ascii="Kalpurush" w:hAnsi="Kalpurush" w:cs="Kalpurush"/>
                <w:sz w:val="16"/>
              </w:rPr>
              <w:br/>
              <w:t>Name: [Name]</w:t>
            </w:r>
            <w:r w:rsidRPr="002472DF">
              <w:rPr>
                <w:rFonts w:ascii="Kalpurush" w:hAnsi="Kalpurush" w:cs="Kalpurush"/>
                <w:sz w:val="16"/>
              </w:rPr>
              <w:br/>
              <w:t>Designation: [Designation]</w:t>
            </w:r>
            <w:r w:rsidRPr="002472DF">
              <w:rPr>
                <w:rFonts w:ascii="Kalpurush" w:hAnsi="Kalpurush" w:cs="Kalpurush"/>
                <w:sz w:val="16"/>
              </w:rPr>
              <w:br/>
              <w:t>Date: [Date]</w:t>
            </w:r>
          </w:p>
        </w:tc>
        <w:tc>
          <w:tcPr>
            <w:tcW w:w="5040" w:type="dxa"/>
            <w:vAlign w:val="center"/>
          </w:tcPr>
          <w:p w14:paraId="4B6572E2" w14:textId="77777777" w:rsidR="00410860" w:rsidRPr="002472DF" w:rsidRDefault="00000000">
            <w:pPr>
              <w:spacing w:after="20"/>
              <w:rPr>
                <w:rFonts w:ascii="Kalpurush" w:hAnsi="Kalpurush" w:cs="Kalpurush"/>
              </w:rPr>
            </w:pPr>
            <w:r w:rsidRPr="002472DF">
              <w:rPr>
                <w:rFonts w:ascii="Kalpurush" w:hAnsi="Kalpurush" w:cs="Kalpurush"/>
                <w:sz w:val="16"/>
              </w:rPr>
              <w:t>কর্মী</w:t>
            </w:r>
            <w:r w:rsidRPr="002472DF">
              <w:rPr>
                <w:rFonts w:ascii="Kalpurush" w:hAnsi="Kalpurush" w:cs="Kalpurush"/>
                <w:sz w:val="16"/>
              </w:rPr>
              <w:br/>
              <w:t>Name: [Employee name]</w:t>
            </w:r>
            <w:r w:rsidRPr="002472DF">
              <w:rPr>
                <w:rFonts w:ascii="Kalpurush" w:hAnsi="Kalpurush" w:cs="Kalpurush"/>
                <w:sz w:val="16"/>
              </w:rPr>
              <w:br/>
              <w:t>Date: [Date]</w:t>
            </w:r>
          </w:p>
        </w:tc>
      </w:tr>
    </w:tbl>
    <w:p w14:paraId="0DF92530" w14:textId="578985C9" w:rsidR="00410860" w:rsidRPr="002472DF" w:rsidRDefault="00410860" w:rsidP="00985BC0">
      <w:pPr>
        <w:spacing w:before="160"/>
        <w:rPr>
          <w:rFonts w:ascii="Kalpurush" w:hAnsi="Kalpurush" w:cs="Kalpurush"/>
        </w:rPr>
      </w:pPr>
    </w:p>
    <w:sectPr w:rsidR="00410860" w:rsidRPr="002472DF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3248656">
    <w:abstractNumId w:val="8"/>
  </w:num>
  <w:num w:numId="2" w16cid:durableId="1578202255">
    <w:abstractNumId w:val="6"/>
  </w:num>
  <w:num w:numId="3" w16cid:durableId="16780871">
    <w:abstractNumId w:val="5"/>
  </w:num>
  <w:num w:numId="4" w16cid:durableId="179395844">
    <w:abstractNumId w:val="4"/>
  </w:num>
  <w:num w:numId="5" w16cid:durableId="405692657">
    <w:abstractNumId w:val="7"/>
  </w:num>
  <w:num w:numId="6" w16cid:durableId="1757167593">
    <w:abstractNumId w:val="3"/>
  </w:num>
  <w:num w:numId="7" w16cid:durableId="1549684031">
    <w:abstractNumId w:val="2"/>
  </w:num>
  <w:num w:numId="8" w16cid:durableId="1957903689">
    <w:abstractNumId w:val="1"/>
  </w:num>
  <w:num w:numId="9" w16cid:durableId="19026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72DF"/>
    <w:rsid w:val="0029639D"/>
    <w:rsid w:val="00326F90"/>
    <w:rsid w:val="00410860"/>
    <w:rsid w:val="00871CCE"/>
    <w:rsid w:val="00985BC0"/>
    <w:rsid w:val="00A72FC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EEEC2C"/>
  <w14:defaultImageDpi w14:val="300"/>
  <w15:docId w15:val="{C29BE8D2-044D-4427-BDBC-616C418DF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Letter Banglad</dc:title>
  <dc:subject/>
  <dc:creator>hrms Software EasyKaj</dc:creator>
  <cp:keywords/>
  <dc:description>generated by python-docx</dc:description>
  <cp:lastModifiedBy>Hasibus Sakib</cp:lastModifiedBy>
  <cp:revision>4</cp:revision>
  <dcterms:created xsi:type="dcterms:W3CDTF">2013-12-23T23:15:00Z</dcterms:created>
  <dcterms:modified xsi:type="dcterms:W3CDTF">2026-10-26T05:37:00Z</dcterms:modified>
  <cp:category/>
</cp:coreProperties>
</file>