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D9E64" w14:textId="77777777" w:rsidR="0020503C" w:rsidRPr="00B063AC" w:rsidRDefault="00000000">
      <w:pPr>
        <w:spacing w:after="40"/>
        <w:jc w:val="center"/>
        <w:rPr>
          <w:rFonts w:ascii="Poppins" w:hAnsi="Poppins" w:cs="Poppins"/>
        </w:rPr>
      </w:pPr>
      <w:r w:rsidRPr="00B063AC">
        <w:rPr>
          <w:rFonts w:ascii="Poppins" w:hAnsi="Poppins" w:cs="Poppins"/>
          <w:b/>
          <w:color w:val="1F4E79"/>
          <w:sz w:val="20"/>
        </w:rPr>
        <w:t>[COMPANY NAME / LOGO]</w:t>
      </w:r>
    </w:p>
    <w:p w14:paraId="08E25D24" w14:textId="77777777" w:rsidR="0020503C" w:rsidRPr="00B063AC" w:rsidRDefault="00000000">
      <w:pPr>
        <w:spacing w:after="20"/>
        <w:jc w:val="center"/>
        <w:rPr>
          <w:rFonts w:ascii="Poppins" w:hAnsi="Poppins" w:cs="Poppins"/>
        </w:rPr>
      </w:pPr>
      <w:r w:rsidRPr="00B063AC">
        <w:rPr>
          <w:rFonts w:ascii="Poppins" w:hAnsi="Poppins" w:cs="Poppins"/>
          <w:b/>
          <w:color w:val="17365D"/>
          <w:sz w:val="34"/>
        </w:rPr>
        <w:t>PROBATIONARY APPOINTMENT LETTER</w:t>
      </w:r>
    </w:p>
    <w:p w14:paraId="71E0F51A" w14:textId="77777777" w:rsidR="0020503C" w:rsidRPr="00B063AC" w:rsidRDefault="0020503C">
      <w:pPr>
        <w:spacing w:after="0"/>
        <w:rPr>
          <w:rFonts w:ascii="Poppins" w:hAnsi="Poppins" w:cs="Poppins"/>
        </w:rPr>
      </w:pPr>
    </w:p>
    <w:p w14:paraId="5E27E6F2" w14:textId="77777777" w:rsidR="0020503C" w:rsidRPr="00B063AC" w:rsidRDefault="00000000">
      <w:pPr>
        <w:rPr>
          <w:rFonts w:ascii="Poppins" w:hAnsi="Poppins" w:cs="Poppins"/>
        </w:rPr>
      </w:pPr>
      <w:r w:rsidRPr="00B063AC">
        <w:rPr>
          <w:rFonts w:ascii="Poppins" w:hAnsi="Poppins" w:cs="Poppins"/>
        </w:rPr>
        <w:t>[Date]</w:t>
      </w:r>
    </w:p>
    <w:p w14:paraId="3BD3BF89" w14:textId="77777777" w:rsidR="0020503C" w:rsidRPr="00B063AC" w:rsidRDefault="00000000">
      <w:pPr>
        <w:rPr>
          <w:rFonts w:ascii="Poppins" w:hAnsi="Poppins" w:cs="Poppins"/>
        </w:rPr>
      </w:pPr>
      <w:r w:rsidRPr="00B063AC">
        <w:rPr>
          <w:rFonts w:ascii="Poppins" w:hAnsi="Poppins" w:cs="Poppins"/>
        </w:rPr>
        <w:t>To,</w:t>
      </w:r>
      <w:r w:rsidRPr="00B063AC">
        <w:rPr>
          <w:rFonts w:ascii="Poppins" w:hAnsi="Poppins" w:cs="Poppins"/>
        </w:rPr>
        <w:br/>
        <w:t>[Employee Full Name]</w:t>
      </w:r>
      <w:r w:rsidRPr="00B063AC">
        <w:rPr>
          <w:rFonts w:ascii="Poppins" w:hAnsi="Poppins" w:cs="Poppins"/>
        </w:rPr>
        <w:br/>
        <w:t>[Present Address]</w:t>
      </w:r>
      <w:r w:rsidRPr="00B063AC">
        <w:rPr>
          <w:rFonts w:ascii="Poppins" w:hAnsi="Poppins" w:cs="Poppins"/>
        </w:rPr>
        <w:br/>
        <w:t>[Permanent Address]</w:t>
      </w:r>
    </w:p>
    <w:p w14:paraId="4567BAA5" w14:textId="77777777" w:rsidR="0020503C" w:rsidRPr="00B063AC" w:rsidRDefault="00000000">
      <w:pPr>
        <w:rPr>
          <w:rFonts w:ascii="Poppins" w:hAnsi="Poppins" w:cs="Poppins"/>
        </w:rPr>
      </w:pPr>
      <w:r w:rsidRPr="00B063AC">
        <w:rPr>
          <w:rFonts w:ascii="Poppins" w:hAnsi="Poppins" w:cs="Poppins"/>
          <w:b/>
        </w:rPr>
        <w:t>Subject: Appointment as [Designation] with probationary terms</w:t>
      </w:r>
    </w:p>
    <w:p w14:paraId="3770178B" w14:textId="77777777" w:rsidR="0020503C" w:rsidRPr="00B063AC" w:rsidRDefault="00000000">
      <w:pPr>
        <w:rPr>
          <w:rFonts w:ascii="Poppins" w:hAnsi="Poppins" w:cs="Poppins"/>
        </w:rPr>
      </w:pPr>
      <w:r w:rsidRPr="00B063AC">
        <w:rPr>
          <w:rFonts w:ascii="Poppins" w:hAnsi="Poppins" w:cs="Poppins"/>
        </w:rPr>
        <w:t>Dear [Employee Name],</w:t>
      </w:r>
    </w:p>
    <w:p w14:paraId="624413E6" w14:textId="77777777" w:rsidR="0020503C" w:rsidRPr="00B063AC" w:rsidRDefault="00000000">
      <w:pPr>
        <w:rPr>
          <w:rFonts w:ascii="Poppins" w:hAnsi="Poppins" w:cs="Poppins"/>
        </w:rPr>
      </w:pPr>
      <w:r w:rsidRPr="00B063AC">
        <w:rPr>
          <w:rFonts w:ascii="Poppins" w:hAnsi="Poppins" w:cs="Poppins"/>
        </w:rPr>
        <w:t>We are pleased to appoint you as [Designation] at [Company Name], subject to the employment terms in this letter and applicable law. The details of your probation, if applicable to your employment category, are set out below and must be completed after review.</w:t>
      </w:r>
    </w:p>
    <w:tbl>
      <w:tblPr>
        <w:tblStyle w:val="TableGrid"/>
        <w:tblW w:w="0" w:type="auto"/>
        <w:jc w:val="center"/>
        <w:tblLook w:val="04A0" w:firstRow="1" w:lastRow="0" w:firstColumn="1" w:lastColumn="0" w:noHBand="0" w:noVBand="1"/>
      </w:tblPr>
      <w:tblGrid>
        <w:gridCol w:w="5040"/>
        <w:gridCol w:w="5040"/>
      </w:tblGrid>
      <w:tr w:rsidR="0020503C" w:rsidRPr="00B063AC" w14:paraId="73B6C6DE" w14:textId="77777777">
        <w:trPr>
          <w:jc w:val="center"/>
        </w:trPr>
        <w:tc>
          <w:tcPr>
            <w:tcW w:w="5040" w:type="dxa"/>
            <w:shd w:val="clear" w:color="auto" w:fill="F3F6FA"/>
            <w:vAlign w:val="center"/>
          </w:tcPr>
          <w:p w14:paraId="68BC47AD" w14:textId="77777777" w:rsidR="0020503C" w:rsidRPr="00B063AC" w:rsidRDefault="00000000">
            <w:pPr>
              <w:spacing w:after="20"/>
              <w:rPr>
                <w:rFonts w:ascii="Poppins" w:hAnsi="Poppins" w:cs="Poppins"/>
              </w:rPr>
            </w:pPr>
            <w:r w:rsidRPr="00B063AC">
              <w:rPr>
                <w:rFonts w:ascii="Poppins" w:hAnsi="Poppins" w:cs="Poppins"/>
                <w:b/>
                <w:color w:val="17365D"/>
                <w:sz w:val="18"/>
              </w:rPr>
              <w:t>Employer / establishment</w:t>
            </w:r>
          </w:p>
        </w:tc>
        <w:tc>
          <w:tcPr>
            <w:tcW w:w="5040" w:type="dxa"/>
            <w:vAlign w:val="center"/>
          </w:tcPr>
          <w:p w14:paraId="1A16B1FC" w14:textId="77777777" w:rsidR="0020503C" w:rsidRPr="00B063AC" w:rsidRDefault="00000000">
            <w:pPr>
              <w:spacing w:after="20"/>
              <w:rPr>
                <w:rFonts w:ascii="Poppins" w:hAnsi="Poppins" w:cs="Poppins"/>
              </w:rPr>
            </w:pPr>
            <w:r w:rsidRPr="00B063AC">
              <w:rPr>
                <w:rFonts w:ascii="Poppins" w:hAnsi="Poppins" w:cs="Poppins"/>
                <w:sz w:val="18"/>
              </w:rPr>
              <w:t>[Legal company name and address]</w:t>
            </w:r>
          </w:p>
        </w:tc>
      </w:tr>
      <w:tr w:rsidR="0020503C" w:rsidRPr="00B063AC" w14:paraId="3829A76C" w14:textId="77777777">
        <w:trPr>
          <w:jc w:val="center"/>
        </w:trPr>
        <w:tc>
          <w:tcPr>
            <w:tcW w:w="5040" w:type="dxa"/>
            <w:shd w:val="clear" w:color="auto" w:fill="F3F6FA"/>
            <w:vAlign w:val="center"/>
          </w:tcPr>
          <w:p w14:paraId="45F826F0" w14:textId="77777777" w:rsidR="0020503C" w:rsidRPr="00B063AC" w:rsidRDefault="00000000">
            <w:pPr>
              <w:spacing w:after="20"/>
              <w:rPr>
                <w:rFonts w:ascii="Poppins" w:hAnsi="Poppins" w:cs="Poppins"/>
              </w:rPr>
            </w:pPr>
            <w:r w:rsidRPr="00B063AC">
              <w:rPr>
                <w:rFonts w:ascii="Poppins" w:hAnsi="Poppins" w:cs="Poppins"/>
                <w:b/>
                <w:color w:val="17365D"/>
                <w:sz w:val="18"/>
              </w:rPr>
              <w:t>Employee name</w:t>
            </w:r>
          </w:p>
        </w:tc>
        <w:tc>
          <w:tcPr>
            <w:tcW w:w="5040" w:type="dxa"/>
            <w:vAlign w:val="center"/>
          </w:tcPr>
          <w:p w14:paraId="5BFA9B6E" w14:textId="77777777" w:rsidR="0020503C" w:rsidRPr="00B063AC" w:rsidRDefault="00000000">
            <w:pPr>
              <w:spacing w:after="20"/>
              <w:rPr>
                <w:rFonts w:ascii="Poppins" w:hAnsi="Poppins" w:cs="Poppins"/>
              </w:rPr>
            </w:pPr>
            <w:r w:rsidRPr="00B063AC">
              <w:rPr>
                <w:rFonts w:ascii="Poppins" w:hAnsi="Poppins" w:cs="Poppins"/>
                <w:sz w:val="18"/>
              </w:rPr>
              <w:t>[Full name as per official record]</w:t>
            </w:r>
          </w:p>
        </w:tc>
      </w:tr>
      <w:tr w:rsidR="0020503C" w:rsidRPr="00B063AC" w14:paraId="5C2392B3" w14:textId="77777777">
        <w:trPr>
          <w:jc w:val="center"/>
        </w:trPr>
        <w:tc>
          <w:tcPr>
            <w:tcW w:w="5040" w:type="dxa"/>
            <w:shd w:val="clear" w:color="auto" w:fill="F3F6FA"/>
            <w:vAlign w:val="center"/>
          </w:tcPr>
          <w:p w14:paraId="3108B99F" w14:textId="77777777" w:rsidR="0020503C" w:rsidRPr="00B063AC" w:rsidRDefault="00000000">
            <w:pPr>
              <w:spacing w:after="20"/>
              <w:rPr>
                <w:rFonts w:ascii="Poppins" w:hAnsi="Poppins" w:cs="Poppins"/>
              </w:rPr>
            </w:pPr>
            <w:r w:rsidRPr="00B063AC">
              <w:rPr>
                <w:rFonts w:ascii="Poppins" w:hAnsi="Poppins" w:cs="Poppins"/>
                <w:b/>
                <w:color w:val="17365D"/>
                <w:sz w:val="18"/>
              </w:rPr>
              <w:t>Designation / department</w:t>
            </w:r>
          </w:p>
        </w:tc>
        <w:tc>
          <w:tcPr>
            <w:tcW w:w="5040" w:type="dxa"/>
            <w:vAlign w:val="center"/>
          </w:tcPr>
          <w:p w14:paraId="36C5C501" w14:textId="77777777" w:rsidR="0020503C" w:rsidRPr="00B063AC" w:rsidRDefault="00000000">
            <w:pPr>
              <w:spacing w:after="20"/>
              <w:rPr>
                <w:rFonts w:ascii="Poppins" w:hAnsi="Poppins" w:cs="Poppins"/>
              </w:rPr>
            </w:pPr>
            <w:r w:rsidRPr="00B063AC">
              <w:rPr>
                <w:rFonts w:ascii="Poppins" w:hAnsi="Poppins" w:cs="Poppins"/>
                <w:sz w:val="18"/>
              </w:rPr>
              <w:t>[Designation] / [Department]</w:t>
            </w:r>
          </w:p>
        </w:tc>
      </w:tr>
      <w:tr w:rsidR="0020503C" w:rsidRPr="00B063AC" w14:paraId="4C21F5AC" w14:textId="77777777">
        <w:trPr>
          <w:jc w:val="center"/>
        </w:trPr>
        <w:tc>
          <w:tcPr>
            <w:tcW w:w="5040" w:type="dxa"/>
            <w:shd w:val="clear" w:color="auto" w:fill="F3F6FA"/>
            <w:vAlign w:val="center"/>
          </w:tcPr>
          <w:p w14:paraId="5BBFC6F9" w14:textId="77777777" w:rsidR="0020503C" w:rsidRPr="00B063AC" w:rsidRDefault="00000000">
            <w:pPr>
              <w:spacing w:after="20"/>
              <w:rPr>
                <w:rFonts w:ascii="Poppins" w:hAnsi="Poppins" w:cs="Poppins"/>
              </w:rPr>
            </w:pPr>
            <w:r w:rsidRPr="00B063AC">
              <w:rPr>
                <w:rFonts w:ascii="Poppins" w:hAnsi="Poppins" w:cs="Poppins"/>
                <w:b/>
                <w:color w:val="17365D"/>
                <w:sz w:val="18"/>
              </w:rPr>
              <w:t>Employment category</w:t>
            </w:r>
          </w:p>
        </w:tc>
        <w:tc>
          <w:tcPr>
            <w:tcW w:w="5040" w:type="dxa"/>
            <w:vAlign w:val="center"/>
          </w:tcPr>
          <w:p w14:paraId="67413883" w14:textId="77777777" w:rsidR="0020503C" w:rsidRPr="00B063AC" w:rsidRDefault="00000000">
            <w:pPr>
              <w:spacing w:after="20"/>
              <w:rPr>
                <w:rFonts w:ascii="Poppins" w:hAnsi="Poppins" w:cs="Poppins"/>
              </w:rPr>
            </w:pPr>
            <w:r w:rsidRPr="00B063AC">
              <w:rPr>
                <w:rFonts w:ascii="Poppins" w:hAnsi="Poppins" w:cs="Poppins"/>
                <w:sz w:val="18"/>
              </w:rPr>
              <w:t>[Insert applicable category after review]</w:t>
            </w:r>
          </w:p>
        </w:tc>
      </w:tr>
      <w:tr w:rsidR="0020503C" w:rsidRPr="00B063AC" w14:paraId="0EE9796B" w14:textId="77777777">
        <w:trPr>
          <w:jc w:val="center"/>
        </w:trPr>
        <w:tc>
          <w:tcPr>
            <w:tcW w:w="5040" w:type="dxa"/>
            <w:shd w:val="clear" w:color="auto" w:fill="F3F6FA"/>
            <w:vAlign w:val="center"/>
          </w:tcPr>
          <w:p w14:paraId="4DDA9988" w14:textId="77777777" w:rsidR="0020503C" w:rsidRPr="00B063AC" w:rsidRDefault="00000000">
            <w:pPr>
              <w:spacing w:after="20"/>
              <w:rPr>
                <w:rFonts w:ascii="Poppins" w:hAnsi="Poppins" w:cs="Poppins"/>
              </w:rPr>
            </w:pPr>
            <w:r w:rsidRPr="00B063AC">
              <w:rPr>
                <w:rFonts w:ascii="Poppins" w:hAnsi="Poppins" w:cs="Poppins"/>
                <w:b/>
                <w:color w:val="17365D"/>
                <w:sz w:val="18"/>
              </w:rPr>
              <w:t>Joining date</w:t>
            </w:r>
          </w:p>
        </w:tc>
        <w:tc>
          <w:tcPr>
            <w:tcW w:w="5040" w:type="dxa"/>
            <w:vAlign w:val="center"/>
          </w:tcPr>
          <w:p w14:paraId="5640CC46" w14:textId="77777777" w:rsidR="0020503C" w:rsidRPr="00B063AC" w:rsidRDefault="00000000">
            <w:pPr>
              <w:spacing w:after="20"/>
              <w:rPr>
                <w:rFonts w:ascii="Poppins" w:hAnsi="Poppins" w:cs="Poppins"/>
              </w:rPr>
            </w:pPr>
            <w:r w:rsidRPr="00B063AC">
              <w:rPr>
                <w:rFonts w:ascii="Poppins" w:hAnsi="Poppins" w:cs="Poppins"/>
                <w:sz w:val="18"/>
              </w:rPr>
              <w:t>[DD Month YYYY]</w:t>
            </w:r>
          </w:p>
        </w:tc>
      </w:tr>
      <w:tr w:rsidR="0020503C" w:rsidRPr="00B063AC" w14:paraId="4F1B1493" w14:textId="77777777">
        <w:trPr>
          <w:jc w:val="center"/>
        </w:trPr>
        <w:tc>
          <w:tcPr>
            <w:tcW w:w="5040" w:type="dxa"/>
            <w:shd w:val="clear" w:color="auto" w:fill="F3F6FA"/>
            <w:vAlign w:val="center"/>
          </w:tcPr>
          <w:p w14:paraId="2DE3A523" w14:textId="77777777" w:rsidR="0020503C" w:rsidRPr="00B063AC" w:rsidRDefault="00000000">
            <w:pPr>
              <w:spacing w:after="20"/>
              <w:rPr>
                <w:rFonts w:ascii="Poppins" w:hAnsi="Poppins" w:cs="Poppins"/>
              </w:rPr>
            </w:pPr>
            <w:r w:rsidRPr="00B063AC">
              <w:rPr>
                <w:rFonts w:ascii="Poppins" w:hAnsi="Poppins" w:cs="Poppins"/>
                <w:b/>
                <w:color w:val="17365D"/>
                <w:sz w:val="18"/>
              </w:rPr>
              <w:t>Work location</w:t>
            </w:r>
          </w:p>
        </w:tc>
        <w:tc>
          <w:tcPr>
            <w:tcW w:w="5040" w:type="dxa"/>
            <w:vAlign w:val="center"/>
          </w:tcPr>
          <w:p w14:paraId="1142EA16" w14:textId="77777777" w:rsidR="0020503C" w:rsidRPr="00B063AC" w:rsidRDefault="00000000">
            <w:pPr>
              <w:spacing w:after="20"/>
              <w:rPr>
                <w:rFonts w:ascii="Poppins" w:hAnsi="Poppins" w:cs="Poppins"/>
              </w:rPr>
            </w:pPr>
            <w:r w:rsidRPr="00B063AC">
              <w:rPr>
                <w:rFonts w:ascii="Poppins" w:hAnsi="Poppins" w:cs="Poppins"/>
                <w:sz w:val="18"/>
              </w:rPr>
              <w:t>[Office / site / location]</w:t>
            </w:r>
          </w:p>
        </w:tc>
      </w:tr>
      <w:tr w:rsidR="0020503C" w:rsidRPr="00B063AC" w14:paraId="19C5E6A7" w14:textId="77777777">
        <w:trPr>
          <w:jc w:val="center"/>
        </w:trPr>
        <w:tc>
          <w:tcPr>
            <w:tcW w:w="5040" w:type="dxa"/>
            <w:shd w:val="clear" w:color="auto" w:fill="F3F6FA"/>
            <w:vAlign w:val="center"/>
          </w:tcPr>
          <w:p w14:paraId="5CF12949" w14:textId="77777777" w:rsidR="0020503C" w:rsidRPr="00B063AC" w:rsidRDefault="00000000">
            <w:pPr>
              <w:spacing w:after="20"/>
              <w:rPr>
                <w:rFonts w:ascii="Poppins" w:hAnsi="Poppins" w:cs="Poppins"/>
              </w:rPr>
            </w:pPr>
            <w:r w:rsidRPr="00B063AC">
              <w:rPr>
                <w:rFonts w:ascii="Poppins" w:hAnsi="Poppins" w:cs="Poppins"/>
                <w:b/>
                <w:color w:val="17365D"/>
                <w:sz w:val="18"/>
              </w:rPr>
              <w:t>Gross monthly remuneration</w:t>
            </w:r>
          </w:p>
        </w:tc>
        <w:tc>
          <w:tcPr>
            <w:tcW w:w="5040" w:type="dxa"/>
            <w:vAlign w:val="center"/>
          </w:tcPr>
          <w:p w14:paraId="2AC9C637" w14:textId="77777777" w:rsidR="0020503C" w:rsidRPr="00B063AC" w:rsidRDefault="00000000">
            <w:pPr>
              <w:spacing w:after="20"/>
              <w:rPr>
                <w:rFonts w:ascii="Poppins" w:hAnsi="Poppins" w:cs="Poppins"/>
              </w:rPr>
            </w:pPr>
            <w:r w:rsidRPr="00B063AC">
              <w:rPr>
                <w:rFonts w:ascii="Poppins" w:hAnsi="Poppins" w:cs="Poppins"/>
                <w:sz w:val="18"/>
              </w:rPr>
              <w:t>BDT [Amount]</w:t>
            </w:r>
          </w:p>
        </w:tc>
      </w:tr>
      <w:tr w:rsidR="0020503C" w:rsidRPr="00B063AC" w14:paraId="53AB145A" w14:textId="77777777">
        <w:trPr>
          <w:jc w:val="center"/>
        </w:trPr>
        <w:tc>
          <w:tcPr>
            <w:tcW w:w="5040" w:type="dxa"/>
            <w:shd w:val="clear" w:color="auto" w:fill="F3F6FA"/>
            <w:vAlign w:val="center"/>
          </w:tcPr>
          <w:p w14:paraId="582E50C2" w14:textId="77777777" w:rsidR="0020503C" w:rsidRPr="00B063AC" w:rsidRDefault="00000000">
            <w:pPr>
              <w:spacing w:after="20"/>
              <w:rPr>
                <w:rFonts w:ascii="Poppins" w:hAnsi="Poppins" w:cs="Poppins"/>
              </w:rPr>
            </w:pPr>
            <w:r w:rsidRPr="00B063AC">
              <w:rPr>
                <w:rFonts w:ascii="Poppins" w:hAnsi="Poppins" w:cs="Poppins"/>
                <w:b/>
                <w:color w:val="17365D"/>
                <w:sz w:val="18"/>
              </w:rPr>
              <w:t>Probation period</w:t>
            </w:r>
          </w:p>
        </w:tc>
        <w:tc>
          <w:tcPr>
            <w:tcW w:w="5040" w:type="dxa"/>
            <w:vAlign w:val="center"/>
          </w:tcPr>
          <w:p w14:paraId="03DD163F" w14:textId="77777777" w:rsidR="0020503C" w:rsidRPr="00B063AC" w:rsidRDefault="00000000">
            <w:pPr>
              <w:spacing w:after="20"/>
              <w:rPr>
                <w:rFonts w:ascii="Poppins" w:hAnsi="Poppins" w:cs="Poppins"/>
              </w:rPr>
            </w:pPr>
            <w:r w:rsidRPr="00B063AC">
              <w:rPr>
                <w:rFonts w:ascii="Poppins" w:hAnsi="Poppins" w:cs="Poppins"/>
                <w:sz w:val="18"/>
              </w:rPr>
              <w:t>[Insert legally reviewed period, if applicable]</w:t>
            </w:r>
          </w:p>
        </w:tc>
      </w:tr>
      <w:tr w:rsidR="0020503C" w:rsidRPr="00B063AC" w14:paraId="7145F97F" w14:textId="77777777">
        <w:trPr>
          <w:jc w:val="center"/>
        </w:trPr>
        <w:tc>
          <w:tcPr>
            <w:tcW w:w="5040" w:type="dxa"/>
            <w:shd w:val="clear" w:color="auto" w:fill="F3F6FA"/>
            <w:vAlign w:val="center"/>
          </w:tcPr>
          <w:p w14:paraId="653893A4" w14:textId="77777777" w:rsidR="0020503C" w:rsidRPr="00B063AC" w:rsidRDefault="00000000">
            <w:pPr>
              <w:spacing w:after="20"/>
              <w:rPr>
                <w:rFonts w:ascii="Poppins" w:hAnsi="Poppins" w:cs="Poppins"/>
              </w:rPr>
            </w:pPr>
            <w:r w:rsidRPr="00B063AC">
              <w:rPr>
                <w:rFonts w:ascii="Poppins" w:hAnsi="Poppins" w:cs="Poppins"/>
                <w:b/>
                <w:color w:val="17365D"/>
                <w:sz w:val="18"/>
              </w:rPr>
              <w:t>Review / confirmation date</w:t>
            </w:r>
          </w:p>
        </w:tc>
        <w:tc>
          <w:tcPr>
            <w:tcW w:w="5040" w:type="dxa"/>
            <w:vAlign w:val="center"/>
          </w:tcPr>
          <w:p w14:paraId="4684D757" w14:textId="77777777" w:rsidR="0020503C" w:rsidRPr="00B063AC" w:rsidRDefault="00000000">
            <w:pPr>
              <w:spacing w:after="20"/>
              <w:rPr>
                <w:rFonts w:ascii="Poppins" w:hAnsi="Poppins" w:cs="Poppins"/>
              </w:rPr>
            </w:pPr>
            <w:r w:rsidRPr="00B063AC">
              <w:rPr>
                <w:rFonts w:ascii="Poppins" w:hAnsi="Poppins" w:cs="Poppins"/>
                <w:sz w:val="18"/>
              </w:rPr>
              <w:t>[Date or process, subject to applicable law]</w:t>
            </w:r>
          </w:p>
        </w:tc>
      </w:tr>
      <w:tr w:rsidR="0020503C" w:rsidRPr="00B063AC" w14:paraId="719D9671" w14:textId="77777777">
        <w:trPr>
          <w:jc w:val="center"/>
        </w:trPr>
        <w:tc>
          <w:tcPr>
            <w:tcW w:w="5040" w:type="dxa"/>
            <w:shd w:val="clear" w:color="auto" w:fill="F3F6FA"/>
            <w:vAlign w:val="center"/>
          </w:tcPr>
          <w:p w14:paraId="248175A0" w14:textId="77777777" w:rsidR="0020503C" w:rsidRPr="00B063AC" w:rsidRDefault="00000000">
            <w:pPr>
              <w:spacing w:after="20"/>
              <w:rPr>
                <w:rFonts w:ascii="Poppins" w:hAnsi="Poppins" w:cs="Poppins"/>
              </w:rPr>
            </w:pPr>
            <w:r w:rsidRPr="00B063AC">
              <w:rPr>
                <w:rFonts w:ascii="Poppins" w:hAnsi="Poppins" w:cs="Poppins"/>
                <w:b/>
                <w:color w:val="17365D"/>
                <w:sz w:val="18"/>
              </w:rPr>
              <w:t>Reporting to</w:t>
            </w:r>
          </w:p>
        </w:tc>
        <w:tc>
          <w:tcPr>
            <w:tcW w:w="5040" w:type="dxa"/>
            <w:vAlign w:val="center"/>
          </w:tcPr>
          <w:p w14:paraId="158A319A" w14:textId="77777777" w:rsidR="0020503C" w:rsidRPr="00B063AC" w:rsidRDefault="00000000">
            <w:pPr>
              <w:spacing w:after="20"/>
              <w:rPr>
                <w:rFonts w:ascii="Poppins" w:hAnsi="Poppins" w:cs="Poppins"/>
              </w:rPr>
            </w:pPr>
            <w:r w:rsidRPr="00B063AC">
              <w:rPr>
                <w:rFonts w:ascii="Poppins" w:hAnsi="Poppins" w:cs="Poppins"/>
                <w:sz w:val="18"/>
              </w:rPr>
              <w:t>[Name / designation]</w:t>
            </w:r>
          </w:p>
        </w:tc>
      </w:tr>
    </w:tbl>
    <w:p w14:paraId="45A1616A" w14:textId="77777777" w:rsidR="0020503C" w:rsidRPr="00B063AC" w:rsidRDefault="0020503C">
      <w:pPr>
        <w:spacing w:after="0"/>
        <w:rPr>
          <w:rFonts w:ascii="Poppins" w:hAnsi="Poppins" w:cs="Poppins"/>
        </w:rPr>
      </w:pPr>
    </w:p>
    <w:p w14:paraId="5B22FCCB" w14:textId="77777777" w:rsidR="0020503C" w:rsidRPr="00B063AC" w:rsidRDefault="00000000">
      <w:pPr>
        <w:pStyle w:val="Heading2"/>
        <w:rPr>
          <w:rFonts w:ascii="Poppins" w:hAnsi="Poppins" w:cs="Poppins"/>
        </w:rPr>
      </w:pPr>
      <w:r w:rsidRPr="00B063AC">
        <w:rPr>
          <w:rFonts w:ascii="Poppins" w:hAnsi="Poppins" w:cs="Poppins"/>
        </w:rPr>
        <w:t>Probation and review terms</w:t>
      </w:r>
    </w:p>
    <w:p w14:paraId="6848D70E" w14:textId="77777777" w:rsidR="0020503C" w:rsidRPr="00B063AC" w:rsidRDefault="00000000">
      <w:pPr>
        <w:rPr>
          <w:rFonts w:ascii="Poppins" w:hAnsi="Poppins" w:cs="Poppins"/>
        </w:rPr>
      </w:pPr>
      <w:r w:rsidRPr="00B063AC">
        <w:rPr>
          <w:rFonts w:ascii="Poppins" w:hAnsi="Poppins" w:cs="Poppins"/>
        </w:rPr>
        <w:t>1. Probation period: The probation period applicable to this role is [period], commencing on [date], subject to applicable law and the employee's category.</w:t>
      </w:r>
    </w:p>
    <w:p w14:paraId="4D6F0FB9" w14:textId="77777777" w:rsidR="0020503C" w:rsidRPr="00B063AC" w:rsidRDefault="00000000">
      <w:pPr>
        <w:rPr>
          <w:rFonts w:ascii="Poppins" w:hAnsi="Poppins" w:cs="Poppins"/>
        </w:rPr>
      </w:pPr>
      <w:r w:rsidRPr="00B063AC">
        <w:rPr>
          <w:rFonts w:ascii="Poppins" w:hAnsi="Poppins" w:cs="Poppins"/>
        </w:rPr>
        <w:t>2. Performance expectations: Your performance will be reviewed against [role-specific criteria], including [quality of work, attendance, conduct, targets, or other relevant criteria]. These criteria should be shared with you clearly.</w:t>
      </w:r>
    </w:p>
    <w:p w14:paraId="38BB0BAB" w14:textId="77777777" w:rsidR="0020503C" w:rsidRPr="00B063AC" w:rsidRDefault="00000000">
      <w:pPr>
        <w:rPr>
          <w:rFonts w:ascii="Poppins" w:hAnsi="Poppins" w:cs="Poppins"/>
        </w:rPr>
      </w:pPr>
      <w:r w:rsidRPr="00B063AC">
        <w:rPr>
          <w:rFonts w:ascii="Poppins" w:hAnsi="Poppins" w:cs="Poppins"/>
        </w:rPr>
        <w:t>3. Review and confirmation: The company will communicate the outcome of the review in writing. Any confirmation, extension, or other action must be permitted by and consistent with applicable law.</w:t>
      </w:r>
    </w:p>
    <w:p w14:paraId="7ABB6254" w14:textId="77777777" w:rsidR="0020503C" w:rsidRPr="00B063AC" w:rsidRDefault="00000000">
      <w:pPr>
        <w:rPr>
          <w:rFonts w:ascii="Poppins" w:hAnsi="Poppins" w:cs="Poppins"/>
        </w:rPr>
      </w:pPr>
      <w:r w:rsidRPr="00B063AC">
        <w:rPr>
          <w:rFonts w:ascii="Poppins" w:hAnsi="Poppins" w:cs="Poppins"/>
        </w:rPr>
        <w:t>4. Compensation and benefits: Your gross monthly remuneration is BDT [Amount], comprising [basic salary] and [allowances/other components]. Benefits, leave, deductions, and payment arrangements will follow applicable law and the valid terms for your employment category.</w:t>
      </w:r>
    </w:p>
    <w:p w14:paraId="01B82E19" w14:textId="77777777" w:rsidR="0020503C" w:rsidRPr="00B063AC" w:rsidRDefault="00000000">
      <w:pPr>
        <w:rPr>
          <w:rFonts w:ascii="Poppins" w:hAnsi="Poppins" w:cs="Poppins"/>
        </w:rPr>
      </w:pPr>
      <w:r w:rsidRPr="00B063AC">
        <w:rPr>
          <w:rFonts w:ascii="Poppins" w:hAnsi="Poppins" w:cs="Poppins"/>
        </w:rPr>
        <w:t>5. Notice and separation: Notice, resignation, termination, and separation during or after probation must follow applicable law and the legally reviewed provisions inserted here: [Approved clause]. Do not use an automatic termination clause without legal review.</w:t>
      </w:r>
    </w:p>
    <w:p w14:paraId="11CD390C" w14:textId="77777777" w:rsidR="0020503C" w:rsidRPr="00B063AC" w:rsidRDefault="00000000">
      <w:pPr>
        <w:rPr>
          <w:rFonts w:ascii="Poppins" w:hAnsi="Poppins" w:cs="Poppins"/>
        </w:rPr>
      </w:pPr>
      <w:r w:rsidRPr="00B063AC">
        <w:rPr>
          <w:rFonts w:ascii="Poppins" w:hAnsi="Poppins" w:cs="Poppins"/>
        </w:rPr>
        <w:lastRenderedPageBreak/>
        <w:t>6. Duties, workplace, and policies: Your designation is [Designation], department is [Department], and work location is [Location]. You must follow applicable lawful workplace and safety policies communicated to you.</w:t>
      </w:r>
    </w:p>
    <w:p w14:paraId="09122B2D" w14:textId="77777777" w:rsidR="0020503C" w:rsidRPr="00B063AC" w:rsidRDefault="00000000">
      <w:pPr>
        <w:rPr>
          <w:rFonts w:ascii="Poppins" w:hAnsi="Poppins" w:cs="Poppins"/>
        </w:rPr>
      </w:pPr>
      <w:r w:rsidRPr="00B063AC">
        <w:rPr>
          <w:rFonts w:ascii="Poppins" w:hAnsi="Poppins" w:cs="Poppins"/>
        </w:rPr>
        <w:t>7. Records and applicable rules: You must provide accurate joining documents. The employer will maintain records and apply relevant service rules and legal requirements for your category.</w:t>
      </w:r>
    </w:p>
    <w:p w14:paraId="190F0F1A" w14:textId="77777777" w:rsidR="0020503C" w:rsidRPr="00B063AC" w:rsidRDefault="00000000">
      <w:pPr>
        <w:pStyle w:val="Heading2"/>
        <w:rPr>
          <w:rFonts w:ascii="Poppins" w:hAnsi="Poppins" w:cs="Poppins"/>
        </w:rPr>
      </w:pPr>
      <w:r w:rsidRPr="00B063AC">
        <w:rPr>
          <w:rFonts w:ascii="Poppins" w:hAnsi="Poppins" w:cs="Poppins"/>
        </w:rPr>
        <w:t>Acceptance</w:t>
      </w:r>
    </w:p>
    <w:p w14:paraId="71C3234C" w14:textId="77777777" w:rsidR="0020503C" w:rsidRPr="00B063AC" w:rsidRDefault="00000000">
      <w:pPr>
        <w:rPr>
          <w:rFonts w:ascii="Poppins" w:hAnsi="Poppins" w:cs="Poppins"/>
        </w:rPr>
      </w:pPr>
      <w:r w:rsidRPr="00B063AC">
        <w:rPr>
          <w:rFonts w:ascii="Poppins" w:hAnsi="Poppins" w:cs="Poppins"/>
        </w:rPr>
        <w:t>Please sign below to acknowledge receipt and acceptance of the final approved appointment terms.</w:t>
      </w:r>
    </w:p>
    <w:tbl>
      <w:tblPr>
        <w:tblStyle w:val="TableGrid"/>
        <w:tblW w:w="0" w:type="auto"/>
        <w:jc w:val="center"/>
        <w:tblLook w:val="04A0" w:firstRow="1" w:lastRow="0" w:firstColumn="1" w:lastColumn="0" w:noHBand="0" w:noVBand="1"/>
      </w:tblPr>
      <w:tblGrid>
        <w:gridCol w:w="5040"/>
        <w:gridCol w:w="5040"/>
      </w:tblGrid>
      <w:tr w:rsidR="0020503C" w:rsidRPr="00B063AC" w14:paraId="58D85636" w14:textId="77777777">
        <w:trPr>
          <w:jc w:val="center"/>
        </w:trPr>
        <w:tc>
          <w:tcPr>
            <w:tcW w:w="5040" w:type="dxa"/>
            <w:vAlign w:val="center"/>
          </w:tcPr>
          <w:p w14:paraId="662E060E" w14:textId="77777777" w:rsidR="0020503C" w:rsidRPr="00B063AC" w:rsidRDefault="00000000">
            <w:pPr>
              <w:spacing w:after="20"/>
              <w:rPr>
                <w:rFonts w:ascii="Poppins" w:hAnsi="Poppins" w:cs="Poppins"/>
              </w:rPr>
            </w:pPr>
            <w:r w:rsidRPr="00B063AC">
              <w:rPr>
                <w:rFonts w:ascii="Poppins" w:hAnsi="Poppins" w:cs="Poppins"/>
                <w:sz w:val="18"/>
              </w:rPr>
              <w:br/>
            </w:r>
            <w:r w:rsidRPr="00B063AC">
              <w:rPr>
                <w:rFonts w:ascii="Poppins" w:hAnsi="Poppins" w:cs="Poppins"/>
                <w:sz w:val="18"/>
              </w:rPr>
              <w:br/>
              <w:t>____________________________</w:t>
            </w:r>
          </w:p>
        </w:tc>
        <w:tc>
          <w:tcPr>
            <w:tcW w:w="5040" w:type="dxa"/>
            <w:vAlign w:val="center"/>
          </w:tcPr>
          <w:p w14:paraId="0EAB3336" w14:textId="77777777" w:rsidR="0020503C" w:rsidRPr="00B063AC" w:rsidRDefault="00000000">
            <w:pPr>
              <w:spacing w:after="20"/>
              <w:rPr>
                <w:rFonts w:ascii="Poppins" w:hAnsi="Poppins" w:cs="Poppins"/>
              </w:rPr>
            </w:pPr>
            <w:r w:rsidRPr="00B063AC">
              <w:rPr>
                <w:rFonts w:ascii="Poppins" w:hAnsi="Poppins" w:cs="Poppins"/>
                <w:sz w:val="18"/>
              </w:rPr>
              <w:br/>
            </w:r>
            <w:r w:rsidRPr="00B063AC">
              <w:rPr>
                <w:rFonts w:ascii="Poppins" w:hAnsi="Poppins" w:cs="Poppins"/>
                <w:sz w:val="18"/>
              </w:rPr>
              <w:br/>
              <w:t>____________________________</w:t>
            </w:r>
          </w:p>
        </w:tc>
      </w:tr>
      <w:tr w:rsidR="0020503C" w:rsidRPr="00B063AC" w14:paraId="11B6D139" w14:textId="77777777">
        <w:trPr>
          <w:jc w:val="center"/>
        </w:trPr>
        <w:tc>
          <w:tcPr>
            <w:tcW w:w="5040" w:type="dxa"/>
            <w:vAlign w:val="center"/>
          </w:tcPr>
          <w:p w14:paraId="7E704D46" w14:textId="77777777" w:rsidR="0020503C" w:rsidRPr="00B063AC" w:rsidRDefault="00000000">
            <w:pPr>
              <w:spacing w:after="20"/>
              <w:rPr>
                <w:rFonts w:ascii="Poppins" w:hAnsi="Poppins" w:cs="Poppins"/>
              </w:rPr>
            </w:pPr>
            <w:r w:rsidRPr="00B063AC">
              <w:rPr>
                <w:rFonts w:ascii="Poppins" w:hAnsi="Poppins" w:cs="Poppins"/>
                <w:sz w:val="16"/>
              </w:rPr>
              <w:t>For the Employer</w:t>
            </w:r>
            <w:r w:rsidRPr="00B063AC">
              <w:rPr>
                <w:rFonts w:ascii="Poppins" w:hAnsi="Poppins" w:cs="Poppins"/>
                <w:sz w:val="16"/>
              </w:rPr>
              <w:br/>
              <w:t>Name: [Name]</w:t>
            </w:r>
            <w:r w:rsidRPr="00B063AC">
              <w:rPr>
                <w:rFonts w:ascii="Poppins" w:hAnsi="Poppins" w:cs="Poppins"/>
                <w:sz w:val="16"/>
              </w:rPr>
              <w:br/>
              <w:t>Designation: [Designation]</w:t>
            </w:r>
            <w:r w:rsidRPr="00B063AC">
              <w:rPr>
                <w:rFonts w:ascii="Poppins" w:hAnsi="Poppins" w:cs="Poppins"/>
                <w:sz w:val="16"/>
              </w:rPr>
              <w:br/>
              <w:t>Date: [Date]</w:t>
            </w:r>
          </w:p>
        </w:tc>
        <w:tc>
          <w:tcPr>
            <w:tcW w:w="5040" w:type="dxa"/>
            <w:vAlign w:val="center"/>
          </w:tcPr>
          <w:p w14:paraId="355179B4" w14:textId="77777777" w:rsidR="0020503C" w:rsidRPr="00B063AC" w:rsidRDefault="00000000">
            <w:pPr>
              <w:spacing w:after="20"/>
              <w:rPr>
                <w:rFonts w:ascii="Poppins" w:hAnsi="Poppins" w:cs="Poppins"/>
              </w:rPr>
            </w:pPr>
            <w:r w:rsidRPr="00B063AC">
              <w:rPr>
                <w:rFonts w:ascii="Poppins" w:hAnsi="Poppins" w:cs="Poppins"/>
                <w:sz w:val="16"/>
              </w:rPr>
              <w:t>Employee</w:t>
            </w:r>
            <w:r w:rsidRPr="00B063AC">
              <w:rPr>
                <w:rFonts w:ascii="Poppins" w:hAnsi="Poppins" w:cs="Poppins"/>
                <w:sz w:val="16"/>
              </w:rPr>
              <w:br/>
              <w:t>Name: [Employee name]</w:t>
            </w:r>
            <w:r w:rsidRPr="00B063AC">
              <w:rPr>
                <w:rFonts w:ascii="Poppins" w:hAnsi="Poppins" w:cs="Poppins"/>
                <w:sz w:val="16"/>
              </w:rPr>
              <w:br/>
              <w:t>Date: [Date]</w:t>
            </w:r>
          </w:p>
        </w:tc>
      </w:tr>
    </w:tbl>
    <w:p w14:paraId="2D854196" w14:textId="075C5D59" w:rsidR="0020503C" w:rsidRPr="00B063AC" w:rsidRDefault="0020503C">
      <w:pPr>
        <w:spacing w:before="160"/>
        <w:rPr>
          <w:rFonts w:ascii="Poppins" w:hAnsi="Poppins" w:cs="Poppins"/>
        </w:rPr>
      </w:pPr>
    </w:p>
    <w:sectPr w:rsidR="0020503C" w:rsidRPr="00B063A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062001">
    <w:abstractNumId w:val="8"/>
  </w:num>
  <w:num w:numId="2" w16cid:durableId="166947320">
    <w:abstractNumId w:val="6"/>
  </w:num>
  <w:num w:numId="3" w16cid:durableId="813596667">
    <w:abstractNumId w:val="5"/>
  </w:num>
  <w:num w:numId="4" w16cid:durableId="1852181471">
    <w:abstractNumId w:val="4"/>
  </w:num>
  <w:num w:numId="5" w16cid:durableId="835539466">
    <w:abstractNumId w:val="7"/>
  </w:num>
  <w:num w:numId="6" w16cid:durableId="752582299">
    <w:abstractNumId w:val="3"/>
  </w:num>
  <w:num w:numId="7" w16cid:durableId="110560228">
    <w:abstractNumId w:val="2"/>
  </w:num>
  <w:num w:numId="8" w16cid:durableId="650908491">
    <w:abstractNumId w:val="1"/>
  </w:num>
  <w:num w:numId="9" w16cid:durableId="1106579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03C"/>
    <w:rsid w:val="0029639D"/>
    <w:rsid w:val="00326F90"/>
    <w:rsid w:val="00AA1D8D"/>
    <w:rsid w:val="00B063AC"/>
    <w:rsid w:val="00B47730"/>
    <w:rsid w:val="00CB0664"/>
    <w:rsid w:val="00CF17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A80467"/>
  <w14:defaultImageDpi w14:val="300"/>
  <w15:docId w15:val="{3CC38CA5-354B-485D-87B0-08ABAE19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222222"/>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Probationary Appointment Letter Template</dc:title>
  <dc:subject/>
  <dc:creator>hrms Software EasyKaj</dc:creator>
  <cp:keywords/>
  <dc:description>generated by python-docx</dc:description>
  <cp:lastModifiedBy>Hasibus Sakib</cp:lastModifiedBy>
  <cp:revision>2</cp:revision>
  <dcterms:created xsi:type="dcterms:W3CDTF">2013-12-23T23:15:00Z</dcterms:created>
  <dcterms:modified xsi:type="dcterms:W3CDTF">2026-10-26T05:38:00Z</dcterms:modified>
  <cp:category/>
</cp:coreProperties>
</file>