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63A55" w14:textId="77777777" w:rsidR="00EF3B78" w:rsidRPr="005130F2" w:rsidRDefault="00000000">
      <w:pPr>
        <w:spacing w:after="40"/>
        <w:jc w:val="center"/>
        <w:rPr>
          <w:rFonts w:ascii="Poppins" w:hAnsi="Poppins" w:cs="Poppins"/>
        </w:rPr>
      </w:pPr>
      <w:r w:rsidRPr="005130F2">
        <w:rPr>
          <w:rFonts w:ascii="Poppins" w:hAnsi="Poppins" w:cs="Poppins"/>
          <w:b/>
          <w:color w:val="1F4E79"/>
          <w:sz w:val="20"/>
        </w:rPr>
        <w:t>[COMPANY NAME / LOGO]</w:t>
      </w:r>
    </w:p>
    <w:p w14:paraId="2438BD40" w14:textId="77777777" w:rsidR="00EF3B78" w:rsidRPr="005130F2" w:rsidRDefault="00000000">
      <w:pPr>
        <w:spacing w:after="20"/>
        <w:jc w:val="center"/>
        <w:rPr>
          <w:rFonts w:ascii="Poppins" w:hAnsi="Poppins" w:cs="Poppins"/>
        </w:rPr>
      </w:pPr>
      <w:r w:rsidRPr="005130F2">
        <w:rPr>
          <w:rFonts w:ascii="Poppins" w:hAnsi="Poppins" w:cs="Poppins"/>
          <w:b/>
          <w:color w:val="17365D"/>
          <w:sz w:val="34"/>
        </w:rPr>
        <w:t>APPOINTMENT LETTER — IT &amp; SOFTWARE</w:t>
      </w:r>
    </w:p>
    <w:p w14:paraId="5E584531" w14:textId="77777777" w:rsidR="005130F2" w:rsidRDefault="005130F2">
      <w:pPr>
        <w:rPr>
          <w:rFonts w:ascii="Poppins" w:hAnsi="Poppins" w:cs="Poppins"/>
        </w:rPr>
      </w:pPr>
    </w:p>
    <w:p w14:paraId="643AE3B6" w14:textId="77284126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[Date]</w:t>
      </w:r>
    </w:p>
    <w:p w14:paraId="423EAC89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To,</w:t>
      </w:r>
      <w:r w:rsidRPr="005130F2">
        <w:rPr>
          <w:rFonts w:ascii="Poppins" w:hAnsi="Poppins" w:cs="Poppins"/>
        </w:rPr>
        <w:br/>
        <w:t>[Employee Full Name]</w:t>
      </w:r>
      <w:r w:rsidRPr="005130F2">
        <w:rPr>
          <w:rFonts w:ascii="Poppins" w:hAnsi="Poppins" w:cs="Poppins"/>
        </w:rPr>
        <w:br/>
        <w:t>[Present Address]</w:t>
      </w:r>
      <w:r w:rsidRPr="005130F2">
        <w:rPr>
          <w:rFonts w:ascii="Poppins" w:hAnsi="Poppins" w:cs="Poppins"/>
        </w:rPr>
        <w:br/>
        <w:t>[Permanent Address]</w:t>
      </w:r>
    </w:p>
    <w:p w14:paraId="796DE16D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  <w:b/>
        </w:rPr>
        <w:t>Subject: Appointment as [Designation]</w:t>
      </w:r>
    </w:p>
    <w:p w14:paraId="076E14C0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Dear [Employee Name],</w:t>
      </w:r>
    </w:p>
    <w:p w14:paraId="251ED0DC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We are pleased to appoint you as [Designation] in the [Team/Department] at [Company Name], subject to the terms below and applicable law.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EF3B78" w:rsidRPr="005130F2" w14:paraId="228452DC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2A3F49DC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b/>
                <w:color w:val="17365D"/>
                <w:sz w:val="18"/>
              </w:rPr>
              <w:t>Employer / establishment</w:t>
            </w:r>
          </w:p>
        </w:tc>
        <w:tc>
          <w:tcPr>
            <w:tcW w:w="5040" w:type="dxa"/>
            <w:vAlign w:val="center"/>
          </w:tcPr>
          <w:p w14:paraId="590150C4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t>[Legal company name and address]</w:t>
            </w:r>
          </w:p>
        </w:tc>
      </w:tr>
      <w:tr w:rsidR="00EF3B78" w:rsidRPr="005130F2" w14:paraId="43F14B61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496B8BBA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b/>
                <w:color w:val="17365D"/>
                <w:sz w:val="18"/>
              </w:rPr>
              <w:t>Employee name</w:t>
            </w:r>
          </w:p>
        </w:tc>
        <w:tc>
          <w:tcPr>
            <w:tcW w:w="5040" w:type="dxa"/>
            <w:vAlign w:val="center"/>
          </w:tcPr>
          <w:p w14:paraId="3DDC3530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t>[Full name as per official record]</w:t>
            </w:r>
          </w:p>
        </w:tc>
      </w:tr>
      <w:tr w:rsidR="00EF3B78" w:rsidRPr="005130F2" w14:paraId="386C6E8E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1AE59305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b/>
                <w:color w:val="17365D"/>
                <w:sz w:val="18"/>
              </w:rPr>
              <w:t>Designation / department</w:t>
            </w:r>
          </w:p>
        </w:tc>
        <w:tc>
          <w:tcPr>
            <w:tcW w:w="5040" w:type="dxa"/>
            <w:vAlign w:val="center"/>
          </w:tcPr>
          <w:p w14:paraId="7445E4EE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t>[Position / team, e.g., Software Engineer / QA Engineer / Product Designer]</w:t>
            </w:r>
          </w:p>
        </w:tc>
      </w:tr>
      <w:tr w:rsidR="00EF3B78" w:rsidRPr="005130F2" w14:paraId="4C472953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32DA0D3C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b/>
                <w:color w:val="17365D"/>
                <w:sz w:val="18"/>
              </w:rPr>
              <w:t>Employment category</w:t>
            </w:r>
          </w:p>
        </w:tc>
        <w:tc>
          <w:tcPr>
            <w:tcW w:w="5040" w:type="dxa"/>
            <w:vAlign w:val="center"/>
          </w:tcPr>
          <w:p w14:paraId="723A93DB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t>[Insert after checking applicable legal category]</w:t>
            </w:r>
          </w:p>
        </w:tc>
      </w:tr>
      <w:tr w:rsidR="00EF3B78" w:rsidRPr="005130F2" w14:paraId="2B808F88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61093D3A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b/>
                <w:color w:val="17365D"/>
                <w:sz w:val="18"/>
              </w:rPr>
              <w:t>Joining date</w:t>
            </w:r>
          </w:p>
        </w:tc>
        <w:tc>
          <w:tcPr>
            <w:tcW w:w="5040" w:type="dxa"/>
            <w:vAlign w:val="center"/>
          </w:tcPr>
          <w:p w14:paraId="3A7EBF60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t>[DD Month YYYY]</w:t>
            </w:r>
          </w:p>
        </w:tc>
      </w:tr>
      <w:tr w:rsidR="00EF3B78" w:rsidRPr="005130F2" w14:paraId="1BE8A674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E0F1D15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b/>
                <w:color w:val="17365D"/>
                <w:sz w:val="18"/>
              </w:rPr>
              <w:t>Work location</w:t>
            </w:r>
          </w:p>
        </w:tc>
        <w:tc>
          <w:tcPr>
            <w:tcW w:w="5040" w:type="dxa"/>
            <w:vAlign w:val="center"/>
          </w:tcPr>
          <w:p w14:paraId="24DBB62D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t>[Office address / approved remote or hybrid arrangement]</w:t>
            </w:r>
          </w:p>
        </w:tc>
      </w:tr>
      <w:tr w:rsidR="00EF3B78" w:rsidRPr="005130F2" w14:paraId="65047FF4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47467C45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b/>
                <w:color w:val="17365D"/>
                <w:sz w:val="18"/>
              </w:rPr>
              <w:t>Reporting to</w:t>
            </w:r>
          </w:p>
        </w:tc>
        <w:tc>
          <w:tcPr>
            <w:tcW w:w="5040" w:type="dxa"/>
            <w:vAlign w:val="center"/>
          </w:tcPr>
          <w:p w14:paraId="761A2B85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t>[Name / designation]</w:t>
            </w:r>
          </w:p>
        </w:tc>
      </w:tr>
      <w:tr w:rsidR="00EF3B78" w:rsidRPr="005130F2" w14:paraId="460B066E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8ADB08B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b/>
                <w:color w:val="17365D"/>
                <w:sz w:val="18"/>
              </w:rPr>
              <w:t>Gross remuneration</w:t>
            </w:r>
          </w:p>
        </w:tc>
        <w:tc>
          <w:tcPr>
            <w:tcW w:w="5040" w:type="dxa"/>
            <w:vAlign w:val="center"/>
          </w:tcPr>
          <w:p w14:paraId="3A5ABCD5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t>BDT [Amount] and attach approved salary schedule if needed</w:t>
            </w:r>
          </w:p>
        </w:tc>
      </w:tr>
    </w:tbl>
    <w:p w14:paraId="300275A4" w14:textId="77777777" w:rsidR="00EF3B78" w:rsidRPr="005130F2" w:rsidRDefault="00EF3B78">
      <w:pPr>
        <w:spacing w:after="0"/>
        <w:rPr>
          <w:rFonts w:ascii="Poppins" w:hAnsi="Poppins" w:cs="Poppins"/>
        </w:rPr>
      </w:pPr>
    </w:p>
    <w:p w14:paraId="6967D996" w14:textId="77777777" w:rsidR="00EF3B78" w:rsidRPr="005130F2" w:rsidRDefault="00000000">
      <w:pPr>
        <w:pStyle w:val="Heading2"/>
        <w:rPr>
          <w:rFonts w:ascii="Poppins" w:hAnsi="Poppins" w:cs="Poppins"/>
        </w:rPr>
      </w:pPr>
      <w:r w:rsidRPr="005130F2">
        <w:rPr>
          <w:rFonts w:ascii="Poppins" w:hAnsi="Poppins" w:cs="Poppins"/>
        </w:rPr>
        <w:t>Role-specific responsibilities and work arrangements</w:t>
      </w:r>
    </w:p>
    <w:p w14:paraId="5013347F" w14:textId="77777777" w:rsidR="00EF3B78" w:rsidRPr="005130F2" w:rsidRDefault="00000000">
      <w:pPr>
        <w:pStyle w:val="ListBullet"/>
        <w:rPr>
          <w:rFonts w:ascii="Poppins" w:hAnsi="Poppins" w:cs="Poppins"/>
        </w:rPr>
      </w:pPr>
      <w:r w:rsidRPr="005130F2">
        <w:rPr>
          <w:rFonts w:ascii="Poppins" w:hAnsi="Poppins" w:cs="Poppins"/>
        </w:rPr>
        <w:t>Perform the responsibilities described in the role description, such as software development, testing, design, support, analysis, or project delivery as applicable.</w:t>
      </w:r>
    </w:p>
    <w:p w14:paraId="0BD1C049" w14:textId="77777777" w:rsidR="00EF3B78" w:rsidRPr="005130F2" w:rsidRDefault="00000000">
      <w:pPr>
        <w:pStyle w:val="ListBullet"/>
        <w:rPr>
          <w:rFonts w:ascii="Poppins" w:hAnsi="Poppins" w:cs="Poppins"/>
        </w:rPr>
      </w:pPr>
      <w:r w:rsidRPr="005130F2">
        <w:rPr>
          <w:rFonts w:ascii="Poppins" w:hAnsi="Poppins" w:cs="Poppins"/>
        </w:rPr>
        <w:t>Follow approved coding, testing, review, documentation, release, and incident-management processes relevant to the role.</w:t>
      </w:r>
    </w:p>
    <w:p w14:paraId="08CA6353" w14:textId="77777777" w:rsidR="00EF3B78" w:rsidRPr="005130F2" w:rsidRDefault="00000000">
      <w:pPr>
        <w:pStyle w:val="ListBullet"/>
        <w:rPr>
          <w:rFonts w:ascii="Poppins" w:hAnsi="Poppins" w:cs="Poppins"/>
        </w:rPr>
      </w:pPr>
      <w:r w:rsidRPr="005130F2">
        <w:rPr>
          <w:rFonts w:ascii="Poppins" w:hAnsi="Poppins" w:cs="Poppins"/>
        </w:rPr>
        <w:t>Protect company and client data, credentials, source code, devices, and confidential information in accordance with applicable law and approved policies.</w:t>
      </w:r>
    </w:p>
    <w:p w14:paraId="57512079" w14:textId="77777777" w:rsidR="00EF3B78" w:rsidRPr="005130F2" w:rsidRDefault="00000000">
      <w:pPr>
        <w:pStyle w:val="ListBullet"/>
        <w:rPr>
          <w:rFonts w:ascii="Poppins" w:hAnsi="Poppins" w:cs="Poppins"/>
        </w:rPr>
      </w:pPr>
      <w:r w:rsidRPr="005130F2">
        <w:rPr>
          <w:rFonts w:ascii="Poppins" w:hAnsi="Poppins" w:cs="Poppins"/>
        </w:rPr>
        <w:t>Report security incidents, suspected data exposure, or unauthorized access promptly through [approved reporting channel].</w:t>
      </w:r>
    </w:p>
    <w:p w14:paraId="5E579A12" w14:textId="77777777" w:rsidR="00EF3B78" w:rsidRPr="005130F2" w:rsidRDefault="00000000">
      <w:pPr>
        <w:pStyle w:val="Heading2"/>
        <w:rPr>
          <w:rFonts w:ascii="Poppins" w:hAnsi="Poppins" w:cs="Poppins"/>
        </w:rPr>
      </w:pPr>
      <w:r w:rsidRPr="005130F2">
        <w:rPr>
          <w:rFonts w:ascii="Poppins" w:hAnsi="Poppins" w:cs="Poppins"/>
        </w:rPr>
        <w:t>Employment terms</w:t>
      </w:r>
    </w:p>
    <w:p w14:paraId="61BE95C1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1. Compensation: The agreed remuneration is BDT [Amount] per [month/other period], comprising [basic salary] and [allowances/other components, if applicable]. Payment timing, benefits, and any lawful deductions will follow the written salary schedule and applicable law.</w:t>
      </w:r>
    </w:p>
    <w:p w14:paraId="6783F88F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lastRenderedPageBreak/>
        <w:t>2. Working time and attendance: [Insert the actual working hours, roster/shift, attendance process, weekly rest days, and overtime arrangements where applicable.] These must comply with the legal requirements relevant to the employee's category.</w:t>
      </w:r>
    </w:p>
    <w:p w14:paraId="4CE371EC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3. Leave and benefits: Leave, holidays, and benefits will be provided according to applicable law and valid company policies. Specify any role-specific eligibility and process: [Details].</w:t>
      </w:r>
    </w:p>
    <w:p w14:paraId="4C963AC2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4. Work arrangement and collaboration: Your work location and any remote/hybrid arrangement are [details]. Expected working hours, team collaboration, and availability requirements must be communicated clearly and comply with applicable law.</w:t>
      </w:r>
    </w:p>
    <w:p w14:paraId="3A58FE04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5. Systems and access: Access to repositories, cloud services, production systems, client systems, and company devices is role-based and subject to approved security controls.</w:t>
      </w:r>
    </w:p>
    <w:p w14:paraId="0315BB9E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6. Intellectual property and open-source use: Ownership and use of work product, pre-existing materials, third-party code, and open-source software must follow a separate reviewed agreement or approved policy where applicable. Do not rely on an overbroad clause without review.</w:t>
      </w:r>
    </w:p>
    <w:p w14:paraId="73CB5FE8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7. Client and project confidentiality: Any client-specific obligations must be communicated in writing and be consistent with applicable law and the employee's role.</w:t>
      </w:r>
    </w:p>
    <w:p w14:paraId="5C2B3A5F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8. Notice and separation: Resignation, notice, termination, and separation will be handled under applicable law and valid terms for the employee's category. Insert only the reviewed clause: [Approved clause].</w:t>
      </w:r>
    </w:p>
    <w:p w14:paraId="016B3F6F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9. Applicable rules and records: The employer and employee will follow applicable Bangladesh law and valid workplace policies. Any required statutory particulars or declarations must be added after review; the employer will maintain relevant employment records.</w:t>
      </w:r>
    </w:p>
    <w:p w14:paraId="0A6D2E8A" w14:textId="77777777" w:rsidR="00EF3B78" w:rsidRPr="005130F2" w:rsidRDefault="00000000">
      <w:pPr>
        <w:pStyle w:val="Heading2"/>
        <w:rPr>
          <w:rFonts w:ascii="Poppins" w:hAnsi="Poppins" w:cs="Poppins"/>
        </w:rPr>
      </w:pPr>
      <w:r w:rsidRPr="005130F2">
        <w:rPr>
          <w:rFonts w:ascii="Poppins" w:hAnsi="Poppins" w:cs="Poppins"/>
        </w:rPr>
        <w:t>Acceptance</w:t>
      </w:r>
    </w:p>
    <w:p w14:paraId="199F13DE" w14:textId="77777777" w:rsidR="00EF3B78" w:rsidRPr="005130F2" w:rsidRDefault="00000000">
      <w:pPr>
        <w:rPr>
          <w:rFonts w:ascii="Poppins" w:hAnsi="Poppins" w:cs="Poppins"/>
        </w:rPr>
      </w:pPr>
      <w:r w:rsidRPr="005130F2">
        <w:rPr>
          <w:rFonts w:ascii="Poppins" w:hAnsi="Poppins" w:cs="Poppins"/>
        </w:rPr>
        <w:t>Please sign below to acknowledge receipt and acceptance of the final approved appointment terms.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EF3B78" w:rsidRPr="005130F2" w14:paraId="609F65B9" w14:textId="77777777">
        <w:trPr>
          <w:jc w:val="center"/>
        </w:trPr>
        <w:tc>
          <w:tcPr>
            <w:tcW w:w="5040" w:type="dxa"/>
            <w:vAlign w:val="center"/>
          </w:tcPr>
          <w:p w14:paraId="06C9DF51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br/>
            </w:r>
            <w:r w:rsidRPr="005130F2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  <w:tc>
          <w:tcPr>
            <w:tcW w:w="5040" w:type="dxa"/>
            <w:vAlign w:val="center"/>
          </w:tcPr>
          <w:p w14:paraId="0988CFFA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8"/>
              </w:rPr>
              <w:br/>
            </w:r>
            <w:r w:rsidRPr="005130F2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</w:tr>
      <w:tr w:rsidR="00EF3B78" w:rsidRPr="005130F2" w14:paraId="62DC1CD4" w14:textId="77777777">
        <w:trPr>
          <w:jc w:val="center"/>
        </w:trPr>
        <w:tc>
          <w:tcPr>
            <w:tcW w:w="5040" w:type="dxa"/>
            <w:vAlign w:val="center"/>
          </w:tcPr>
          <w:p w14:paraId="5E0E5FBB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6"/>
              </w:rPr>
              <w:t>For the Employer</w:t>
            </w:r>
            <w:r w:rsidRPr="005130F2">
              <w:rPr>
                <w:rFonts w:ascii="Poppins" w:hAnsi="Poppins" w:cs="Poppins"/>
                <w:sz w:val="16"/>
              </w:rPr>
              <w:br/>
              <w:t>Name: [Name]</w:t>
            </w:r>
            <w:r w:rsidRPr="005130F2">
              <w:rPr>
                <w:rFonts w:ascii="Poppins" w:hAnsi="Poppins" w:cs="Poppins"/>
                <w:sz w:val="16"/>
              </w:rPr>
              <w:br/>
              <w:t>Designation: [Designation]</w:t>
            </w:r>
            <w:r w:rsidRPr="005130F2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  <w:tc>
          <w:tcPr>
            <w:tcW w:w="5040" w:type="dxa"/>
            <w:vAlign w:val="center"/>
          </w:tcPr>
          <w:p w14:paraId="687B7248" w14:textId="77777777" w:rsidR="00EF3B78" w:rsidRPr="005130F2" w:rsidRDefault="00000000">
            <w:pPr>
              <w:spacing w:after="20"/>
              <w:rPr>
                <w:rFonts w:ascii="Poppins" w:hAnsi="Poppins" w:cs="Poppins"/>
              </w:rPr>
            </w:pPr>
            <w:r w:rsidRPr="005130F2">
              <w:rPr>
                <w:rFonts w:ascii="Poppins" w:hAnsi="Poppins" w:cs="Poppins"/>
                <w:sz w:val="16"/>
              </w:rPr>
              <w:t>Employee</w:t>
            </w:r>
            <w:r w:rsidRPr="005130F2">
              <w:rPr>
                <w:rFonts w:ascii="Poppins" w:hAnsi="Poppins" w:cs="Poppins"/>
                <w:sz w:val="16"/>
              </w:rPr>
              <w:br/>
              <w:t>Name: [Employee name]</w:t>
            </w:r>
            <w:r w:rsidRPr="005130F2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</w:tr>
    </w:tbl>
    <w:p w14:paraId="314AE7B4" w14:textId="50F25560" w:rsidR="00EF3B78" w:rsidRPr="005130F2" w:rsidRDefault="00EF3B78" w:rsidP="00395D23">
      <w:pPr>
        <w:spacing w:before="160"/>
        <w:rPr>
          <w:rFonts w:ascii="Poppins" w:hAnsi="Poppins" w:cs="Poppins"/>
        </w:rPr>
      </w:pPr>
    </w:p>
    <w:sectPr w:rsidR="00EF3B78" w:rsidRPr="005130F2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7102797">
    <w:abstractNumId w:val="8"/>
  </w:num>
  <w:num w:numId="2" w16cid:durableId="216598942">
    <w:abstractNumId w:val="6"/>
  </w:num>
  <w:num w:numId="3" w16cid:durableId="1522208508">
    <w:abstractNumId w:val="5"/>
  </w:num>
  <w:num w:numId="4" w16cid:durableId="606162385">
    <w:abstractNumId w:val="4"/>
  </w:num>
  <w:num w:numId="5" w16cid:durableId="316688567">
    <w:abstractNumId w:val="7"/>
  </w:num>
  <w:num w:numId="6" w16cid:durableId="1786607997">
    <w:abstractNumId w:val="3"/>
  </w:num>
  <w:num w:numId="7" w16cid:durableId="478962888">
    <w:abstractNumId w:val="2"/>
  </w:num>
  <w:num w:numId="8" w16cid:durableId="1212111014">
    <w:abstractNumId w:val="1"/>
  </w:num>
  <w:num w:numId="9" w16cid:durableId="1249384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5D23"/>
    <w:rsid w:val="005130F2"/>
    <w:rsid w:val="005B33BD"/>
    <w:rsid w:val="00AA1D8D"/>
    <w:rsid w:val="00B47730"/>
    <w:rsid w:val="00CB0664"/>
    <w:rsid w:val="00EF3B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C5ED8E"/>
  <w14:defaultImageDpi w14:val="300"/>
  <w15:docId w15:val="{C9BEF550-3AAB-4637-B70C-A6869E9D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hrms Software EasyKaj</dc:creator>
  <cp:keywords/>
  <dc:description>generated by python-docx</dc:description>
  <cp:lastModifiedBy>Hasibus Sakib</cp:lastModifiedBy>
  <cp:revision>3</cp:revision>
  <dcterms:created xsi:type="dcterms:W3CDTF">2013-12-23T23:15:00Z</dcterms:created>
  <dcterms:modified xsi:type="dcterms:W3CDTF">2026-10-26T05:41:00Z</dcterms:modified>
  <cp:category/>
</cp:coreProperties>
</file>