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09C7" w14:textId="77777777" w:rsidR="007D17DD" w:rsidRPr="00D00698" w:rsidRDefault="00000000">
      <w:pPr>
        <w:spacing w:after="40"/>
        <w:jc w:val="center"/>
        <w:rPr>
          <w:rFonts w:ascii="Poppins" w:hAnsi="Poppins" w:cs="Poppins"/>
        </w:rPr>
      </w:pPr>
      <w:r w:rsidRPr="00D00698">
        <w:rPr>
          <w:rFonts w:ascii="Poppins" w:hAnsi="Poppins" w:cs="Poppins"/>
          <w:b/>
          <w:color w:val="1F4E79"/>
          <w:sz w:val="20"/>
        </w:rPr>
        <w:t>[COMPANY NAME / LOGO]</w:t>
      </w:r>
    </w:p>
    <w:p w14:paraId="26C6DE40" w14:textId="77777777" w:rsidR="007D17DD" w:rsidRPr="00D00698" w:rsidRDefault="00000000">
      <w:pPr>
        <w:spacing w:after="20"/>
        <w:jc w:val="center"/>
        <w:rPr>
          <w:rFonts w:ascii="Poppins" w:hAnsi="Poppins" w:cs="Poppins"/>
        </w:rPr>
      </w:pPr>
      <w:r w:rsidRPr="00D00698">
        <w:rPr>
          <w:rFonts w:ascii="Poppins" w:hAnsi="Poppins" w:cs="Poppins"/>
          <w:b/>
          <w:color w:val="17365D"/>
          <w:sz w:val="34"/>
        </w:rPr>
        <w:t>APPOINTMENT LETTER — MANUFACTURING</w:t>
      </w:r>
    </w:p>
    <w:p w14:paraId="32AFD878" w14:textId="77777777" w:rsidR="007D17DD" w:rsidRPr="00D00698" w:rsidRDefault="007D17DD">
      <w:pPr>
        <w:spacing w:after="0"/>
        <w:rPr>
          <w:rFonts w:ascii="Poppins" w:hAnsi="Poppins" w:cs="Poppins"/>
        </w:rPr>
      </w:pPr>
    </w:p>
    <w:p w14:paraId="1F104D0F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[Date]</w:t>
      </w:r>
    </w:p>
    <w:p w14:paraId="4F690DA4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To,</w:t>
      </w:r>
      <w:r w:rsidRPr="00D00698">
        <w:rPr>
          <w:rFonts w:ascii="Poppins" w:hAnsi="Poppins" w:cs="Poppins"/>
        </w:rPr>
        <w:br/>
        <w:t>[Employee Full Name]</w:t>
      </w:r>
      <w:r w:rsidRPr="00D00698">
        <w:rPr>
          <w:rFonts w:ascii="Poppins" w:hAnsi="Poppins" w:cs="Poppins"/>
        </w:rPr>
        <w:br/>
        <w:t>[Present Address]</w:t>
      </w:r>
      <w:r w:rsidRPr="00D00698">
        <w:rPr>
          <w:rFonts w:ascii="Poppins" w:hAnsi="Poppins" w:cs="Poppins"/>
        </w:rPr>
        <w:br/>
        <w:t>[Permanent Address]</w:t>
      </w:r>
    </w:p>
    <w:p w14:paraId="0C3D3A94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  <w:b/>
        </w:rPr>
        <w:t>Subject: Appointment as [Designation]</w:t>
      </w:r>
    </w:p>
    <w:p w14:paraId="23FCE5C2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Dear [Employee Name],</w:t>
      </w:r>
    </w:p>
    <w:p w14:paraId="3806FA7A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We are pleased to appoint you as [Designation] at [Plant/Company Name], subject to the employment terms below and applicable law.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D17DD" w:rsidRPr="00D00698" w14:paraId="755D67E5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EC3DA3B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Employer / establishment</w:t>
            </w:r>
          </w:p>
        </w:tc>
        <w:tc>
          <w:tcPr>
            <w:tcW w:w="5040" w:type="dxa"/>
            <w:vAlign w:val="center"/>
          </w:tcPr>
          <w:p w14:paraId="3A980750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[Legal company name and address]</w:t>
            </w:r>
          </w:p>
        </w:tc>
      </w:tr>
      <w:tr w:rsidR="007D17DD" w:rsidRPr="00D00698" w14:paraId="22C06D14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1B67A23F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Employee name</w:t>
            </w:r>
          </w:p>
        </w:tc>
        <w:tc>
          <w:tcPr>
            <w:tcW w:w="5040" w:type="dxa"/>
            <w:vAlign w:val="center"/>
          </w:tcPr>
          <w:p w14:paraId="71C80DA5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[Full name as per official record]</w:t>
            </w:r>
          </w:p>
        </w:tc>
      </w:tr>
      <w:tr w:rsidR="007D17DD" w:rsidRPr="00D00698" w14:paraId="52CAD6AE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B254EBD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Designation / department</w:t>
            </w:r>
          </w:p>
        </w:tc>
        <w:tc>
          <w:tcPr>
            <w:tcW w:w="5040" w:type="dxa"/>
            <w:vAlign w:val="center"/>
          </w:tcPr>
          <w:p w14:paraId="714A8485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[Position / department, e.g., Machine Operator / Production Supervisor / Maintenance Technician]</w:t>
            </w:r>
          </w:p>
        </w:tc>
      </w:tr>
      <w:tr w:rsidR="007D17DD" w:rsidRPr="00D00698" w14:paraId="49E77A0D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4A9AAE7F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Employment category</w:t>
            </w:r>
          </w:p>
        </w:tc>
        <w:tc>
          <w:tcPr>
            <w:tcW w:w="5040" w:type="dxa"/>
            <w:vAlign w:val="center"/>
          </w:tcPr>
          <w:p w14:paraId="2B251D72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[Insert after checking applicable legal category]</w:t>
            </w:r>
          </w:p>
        </w:tc>
      </w:tr>
      <w:tr w:rsidR="007D17DD" w:rsidRPr="00D00698" w14:paraId="165FE1BD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5042242E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Joining date</w:t>
            </w:r>
          </w:p>
        </w:tc>
        <w:tc>
          <w:tcPr>
            <w:tcW w:w="5040" w:type="dxa"/>
            <w:vAlign w:val="center"/>
          </w:tcPr>
          <w:p w14:paraId="1472E24A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[DD Month YYYY]</w:t>
            </w:r>
          </w:p>
        </w:tc>
      </w:tr>
      <w:tr w:rsidR="007D17DD" w:rsidRPr="00D00698" w14:paraId="44D99A73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763D39E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Work location</w:t>
            </w:r>
          </w:p>
        </w:tc>
        <w:tc>
          <w:tcPr>
            <w:tcW w:w="5040" w:type="dxa"/>
            <w:vAlign w:val="center"/>
          </w:tcPr>
          <w:p w14:paraId="4BBA4AEF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[Plant/factory address, production unit]</w:t>
            </w:r>
          </w:p>
        </w:tc>
      </w:tr>
      <w:tr w:rsidR="007D17DD" w:rsidRPr="00D00698" w14:paraId="6B49704D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6B070FA2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Reporting to</w:t>
            </w:r>
          </w:p>
        </w:tc>
        <w:tc>
          <w:tcPr>
            <w:tcW w:w="5040" w:type="dxa"/>
            <w:vAlign w:val="center"/>
          </w:tcPr>
          <w:p w14:paraId="08EF9C3C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[Name / designation]</w:t>
            </w:r>
          </w:p>
        </w:tc>
      </w:tr>
      <w:tr w:rsidR="007D17DD" w:rsidRPr="00D00698" w14:paraId="2DE4518C" w14:textId="77777777">
        <w:trPr>
          <w:jc w:val="center"/>
        </w:trPr>
        <w:tc>
          <w:tcPr>
            <w:tcW w:w="5040" w:type="dxa"/>
            <w:shd w:val="clear" w:color="auto" w:fill="F3F6FA"/>
            <w:vAlign w:val="center"/>
          </w:tcPr>
          <w:p w14:paraId="7B663740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b/>
                <w:color w:val="17365D"/>
                <w:sz w:val="18"/>
              </w:rPr>
              <w:t>Gross remuneration</w:t>
            </w:r>
          </w:p>
        </w:tc>
        <w:tc>
          <w:tcPr>
            <w:tcW w:w="5040" w:type="dxa"/>
            <w:vAlign w:val="center"/>
          </w:tcPr>
          <w:p w14:paraId="1B628711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t>BDT [Amount] and attach approved salary schedule if needed</w:t>
            </w:r>
          </w:p>
        </w:tc>
      </w:tr>
    </w:tbl>
    <w:p w14:paraId="2B192E72" w14:textId="77777777" w:rsidR="007D17DD" w:rsidRPr="00D00698" w:rsidRDefault="007D17DD">
      <w:pPr>
        <w:spacing w:after="0"/>
        <w:rPr>
          <w:rFonts w:ascii="Poppins" w:hAnsi="Poppins" w:cs="Poppins"/>
        </w:rPr>
      </w:pPr>
    </w:p>
    <w:p w14:paraId="001782F1" w14:textId="77777777" w:rsidR="007D17DD" w:rsidRPr="00D00698" w:rsidRDefault="00000000">
      <w:pPr>
        <w:pStyle w:val="Heading2"/>
        <w:rPr>
          <w:rFonts w:ascii="Poppins" w:hAnsi="Poppins" w:cs="Poppins"/>
        </w:rPr>
      </w:pPr>
      <w:r w:rsidRPr="00D00698">
        <w:rPr>
          <w:rFonts w:ascii="Poppins" w:hAnsi="Poppins" w:cs="Poppins"/>
        </w:rPr>
        <w:t>Role-specific responsibilities and work arrangements</w:t>
      </w:r>
    </w:p>
    <w:p w14:paraId="2106FB85" w14:textId="77777777" w:rsidR="007D17DD" w:rsidRPr="00D00698" w:rsidRDefault="00000000">
      <w:pPr>
        <w:pStyle w:val="ListBullet"/>
        <w:rPr>
          <w:rFonts w:ascii="Poppins" w:hAnsi="Poppins" w:cs="Poppins"/>
        </w:rPr>
      </w:pPr>
      <w:r w:rsidRPr="00D00698">
        <w:rPr>
          <w:rFonts w:ascii="Poppins" w:hAnsi="Poppins" w:cs="Poppins"/>
        </w:rPr>
        <w:t>Carry out the duties described for [role] in the assigned production, maintenance, quality, warehouse, or support function.</w:t>
      </w:r>
    </w:p>
    <w:p w14:paraId="23EBD7FD" w14:textId="77777777" w:rsidR="007D17DD" w:rsidRPr="00D00698" w:rsidRDefault="00000000">
      <w:pPr>
        <w:pStyle w:val="ListBullet"/>
        <w:rPr>
          <w:rFonts w:ascii="Poppins" w:hAnsi="Poppins" w:cs="Poppins"/>
        </w:rPr>
      </w:pPr>
      <w:r w:rsidRPr="00D00698">
        <w:rPr>
          <w:rFonts w:ascii="Poppins" w:hAnsi="Poppins" w:cs="Poppins"/>
        </w:rPr>
        <w:t>Follow applicable machine-operation procedures, lockout/tagout or isolation procedures where relevant, and site safety instructions.</w:t>
      </w:r>
    </w:p>
    <w:p w14:paraId="29C9CEA4" w14:textId="77777777" w:rsidR="007D17DD" w:rsidRPr="00D00698" w:rsidRDefault="00000000">
      <w:pPr>
        <w:pStyle w:val="ListBullet"/>
        <w:rPr>
          <w:rFonts w:ascii="Poppins" w:hAnsi="Poppins" w:cs="Poppins"/>
        </w:rPr>
      </w:pPr>
      <w:r w:rsidRPr="00D00698">
        <w:rPr>
          <w:rFonts w:ascii="Poppins" w:hAnsi="Poppins" w:cs="Poppins"/>
        </w:rPr>
        <w:t>Use assigned tools and protective equipment as trained, and promptly report incidents, near misses, hazards, or equipment defects.</w:t>
      </w:r>
    </w:p>
    <w:p w14:paraId="3E09393A" w14:textId="77777777" w:rsidR="007D17DD" w:rsidRPr="00D00698" w:rsidRDefault="00000000">
      <w:pPr>
        <w:pStyle w:val="ListBullet"/>
        <w:rPr>
          <w:rFonts w:ascii="Poppins" w:hAnsi="Poppins" w:cs="Poppins"/>
        </w:rPr>
      </w:pPr>
      <w:r w:rsidRPr="00D00698">
        <w:rPr>
          <w:rFonts w:ascii="Poppins" w:hAnsi="Poppins" w:cs="Poppins"/>
        </w:rPr>
        <w:t>Complete required production, quality, maintenance, or handover records accurately.</w:t>
      </w:r>
    </w:p>
    <w:p w14:paraId="02E54323" w14:textId="77777777" w:rsidR="007D17DD" w:rsidRPr="00D00698" w:rsidRDefault="00000000">
      <w:pPr>
        <w:pStyle w:val="Heading2"/>
        <w:rPr>
          <w:rFonts w:ascii="Poppins" w:hAnsi="Poppins" w:cs="Poppins"/>
        </w:rPr>
      </w:pPr>
      <w:r w:rsidRPr="00D00698">
        <w:rPr>
          <w:rFonts w:ascii="Poppins" w:hAnsi="Poppins" w:cs="Poppins"/>
        </w:rPr>
        <w:t>Employment terms</w:t>
      </w:r>
    </w:p>
    <w:p w14:paraId="304D39C2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1. Compensation: The agreed remuneration is BDT [Amount] per [month/other period], comprising [basic salary] and [allowances/other components, if applicable]. Payment timing, benefits, and any lawful deductions will follow the written salary schedule and applicable law.</w:t>
      </w:r>
    </w:p>
    <w:p w14:paraId="1DAD891E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2. Working time and attendance: [Insert the actual working hours, roster/shift, attendance process, weekly rest days, and overtime arrangements where applicable.] These must comply with the legal requirements relevant to the employee's category.</w:t>
      </w:r>
    </w:p>
    <w:p w14:paraId="257212E0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lastRenderedPageBreak/>
        <w:t>3. Leave and benefits: Leave, holidays, and benefits will be provided according to applicable law and valid company policies. Specify any role-specific eligibility and process: [Details].</w:t>
      </w:r>
    </w:p>
    <w:p w14:paraId="244AE016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4. Plant access and safety: You must complete required site induction and training before performing tasks that require authorization. Access to restricted areas and equipment is controlled by site procedures.</w:t>
      </w:r>
    </w:p>
    <w:p w14:paraId="6783751F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5. Shift and handover arrangements: Your roster, handover responsibilities, and attendance method are [details]. Any overtime or shift premium must be recorded and handled according to applicable law and the approved compensation terms.</w:t>
      </w:r>
    </w:p>
    <w:p w14:paraId="39310AE4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6. Equipment and quality: You must follow approved quality standards and equipment-use procedures relevant to your role, and report defects rather than bypassing safety controls.</w:t>
      </w:r>
    </w:p>
    <w:p w14:paraId="297BA47F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7. Notice and separation: Resignation, notice, termination, and separation will be handled under applicable law and valid terms for the employee's category. Insert only the reviewed clause: [Approved clause].</w:t>
      </w:r>
    </w:p>
    <w:p w14:paraId="0762638C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8. Applicable rules and records: The employer and employee will follow applicable Bangladesh law and valid workplace policies. Any required statutory particulars or declarations must be added after review; the employer will maintain relevant employment records.</w:t>
      </w:r>
    </w:p>
    <w:p w14:paraId="6491A94E" w14:textId="77777777" w:rsidR="007D17DD" w:rsidRPr="00D00698" w:rsidRDefault="00000000">
      <w:pPr>
        <w:pStyle w:val="Heading2"/>
        <w:rPr>
          <w:rFonts w:ascii="Poppins" w:hAnsi="Poppins" w:cs="Poppins"/>
        </w:rPr>
      </w:pPr>
      <w:r w:rsidRPr="00D00698">
        <w:rPr>
          <w:rFonts w:ascii="Poppins" w:hAnsi="Poppins" w:cs="Poppins"/>
        </w:rPr>
        <w:t>Acceptance</w:t>
      </w:r>
    </w:p>
    <w:p w14:paraId="4318FF0F" w14:textId="77777777" w:rsidR="007D17DD" w:rsidRPr="00D00698" w:rsidRDefault="00000000">
      <w:pPr>
        <w:rPr>
          <w:rFonts w:ascii="Poppins" w:hAnsi="Poppins" w:cs="Poppins"/>
        </w:rPr>
      </w:pPr>
      <w:r w:rsidRPr="00D00698">
        <w:rPr>
          <w:rFonts w:ascii="Poppins" w:hAnsi="Poppins" w:cs="Poppins"/>
        </w:rPr>
        <w:t>Please sign below to acknowledge receipt and acceptance of the final approved appointment terms.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D17DD" w:rsidRPr="00D00698" w14:paraId="19CE7A78" w14:textId="77777777">
        <w:trPr>
          <w:jc w:val="center"/>
        </w:trPr>
        <w:tc>
          <w:tcPr>
            <w:tcW w:w="5040" w:type="dxa"/>
            <w:vAlign w:val="center"/>
          </w:tcPr>
          <w:p w14:paraId="30FDC79B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br/>
            </w:r>
            <w:r w:rsidRPr="00D00698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  <w:tc>
          <w:tcPr>
            <w:tcW w:w="5040" w:type="dxa"/>
            <w:vAlign w:val="center"/>
          </w:tcPr>
          <w:p w14:paraId="12DF4108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8"/>
              </w:rPr>
              <w:br/>
            </w:r>
            <w:r w:rsidRPr="00D00698">
              <w:rPr>
                <w:rFonts w:ascii="Poppins" w:hAnsi="Poppins" w:cs="Poppins"/>
                <w:sz w:val="18"/>
              </w:rPr>
              <w:br/>
              <w:t>____________________________</w:t>
            </w:r>
          </w:p>
        </w:tc>
      </w:tr>
      <w:tr w:rsidR="007D17DD" w:rsidRPr="00D00698" w14:paraId="07271464" w14:textId="77777777">
        <w:trPr>
          <w:jc w:val="center"/>
        </w:trPr>
        <w:tc>
          <w:tcPr>
            <w:tcW w:w="5040" w:type="dxa"/>
            <w:vAlign w:val="center"/>
          </w:tcPr>
          <w:p w14:paraId="213D07AA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6"/>
              </w:rPr>
              <w:t>For the Employer</w:t>
            </w:r>
            <w:r w:rsidRPr="00D00698">
              <w:rPr>
                <w:rFonts w:ascii="Poppins" w:hAnsi="Poppins" w:cs="Poppins"/>
                <w:sz w:val="16"/>
              </w:rPr>
              <w:br/>
              <w:t>Name: [Name]</w:t>
            </w:r>
            <w:r w:rsidRPr="00D00698">
              <w:rPr>
                <w:rFonts w:ascii="Poppins" w:hAnsi="Poppins" w:cs="Poppins"/>
                <w:sz w:val="16"/>
              </w:rPr>
              <w:br/>
              <w:t>Designation: [Designation]</w:t>
            </w:r>
            <w:r w:rsidRPr="00D00698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  <w:tc>
          <w:tcPr>
            <w:tcW w:w="5040" w:type="dxa"/>
            <w:vAlign w:val="center"/>
          </w:tcPr>
          <w:p w14:paraId="3D5BD5D5" w14:textId="77777777" w:rsidR="007D17DD" w:rsidRPr="00D00698" w:rsidRDefault="00000000">
            <w:pPr>
              <w:spacing w:after="20"/>
              <w:rPr>
                <w:rFonts w:ascii="Poppins" w:hAnsi="Poppins" w:cs="Poppins"/>
              </w:rPr>
            </w:pPr>
            <w:r w:rsidRPr="00D00698">
              <w:rPr>
                <w:rFonts w:ascii="Poppins" w:hAnsi="Poppins" w:cs="Poppins"/>
                <w:sz w:val="16"/>
              </w:rPr>
              <w:t>Employee</w:t>
            </w:r>
            <w:r w:rsidRPr="00D00698">
              <w:rPr>
                <w:rFonts w:ascii="Poppins" w:hAnsi="Poppins" w:cs="Poppins"/>
                <w:sz w:val="16"/>
              </w:rPr>
              <w:br/>
              <w:t>Name: [Employee name]</w:t>
            </w:r>
            <w:r w:rsidRPr="00D00698">
              <w:rPr>
                <w:rFonts w:ascii="Poppins" w:hAnsi="Poppins" w:cs="Poppins"/>
                <w:sz w:val="16"/>
              </w:rPr>
              <w:br/>
              <w:t>Date: [Date]</w:t>
            </w:r>
          </w:p>
        </w:tc>
      </w:tr>
    </w:tbl>
    <w:p w14:paraId="0145E2CD" w14:textId="6918DBF8" w:rsidR="007D17DD" w:rsidRPr="00D00698" w:rsidRDefault="007D17DD" w:rsidP="00D00698">
      <w:pPr>
        <w:spacing w:before="160"/>
        <w:rPr>
          <w:rFonts w:ascii="Poppins" w:hAnsi="Poppins" w:cs="Poppins"/>
        </w:rPr>
      </w:pPr>
    </w:p>
    <w:sectPr w:rsidR="007D17DD" w:rsidRPr="00D00698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5189363">
    <w:abstractNumId w:val="8"/>
  </w:num>
  <w:num w:numId="2" w16cid:durableId="661544158">
    <w:abstractNumId w:val="6"/>
  </w:num>
  <w:num w:numId="3" w16cid:durableId="2002730858">
    <w:abstractNumId w:val="5"/>
  </w:num>
  <w:num w:numId="4" w16cid:durableId="671445868">
    <w:abstractNumId w:val="4"/>
  </w:num>
  <w:num w:numId="5" w16cid:durableId="1111515102">
    <w:abstractNumId w:val="7"/>
  </w:num>
  <w:num w:numId="6" w16cid:durableId="2012220502">
    <w:abstractNumId w:val="3"/>
  </w:num>
  <w:num w:numId="7" w16cid:durableId="1196697107">
    <w:abstractNumId w:val="2"/>
  </w:num>
  <w:num w:numId="8" w16cid:durableId="1416855330">
    <w:abstractNumId w:val="1"/>
  </w:num>
  <w:num w:numId="9" w16cid:durableId="35980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F29"/>
    <w:rsid w:val="0015074B"/>
    <w:rsid w:val="0029639D"/>
    <w:rsid w:val="00326F90"/>
    <w:rsid w:val="007D17DD"/>
    <w:rsid w:val="00AA1D8D"/>
    <w:rsid w:val="00B47730"/>
    <w:rsid w:val="00CB0664"/>
    <w:rsid w:val="00D006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63EF34"/>
  <w14:defaultImageDpi w14:val="300"/>
  <w15:docId w15:val="{5CE15A4B-E994-4874-9418-F2D6198D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222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hrms Software EasyKaj</dc:creator>
  <cp:keywords/>
  <dc:description>generated by python-docx</dc:description>
  <cp:lastModifiedBy>Hasibus Sakib</cp:lastModifiedBy>
  <cp:revision>2</cp:revision>
  <dcterms:created xsi:type="dcterms:W3CDTF">2013-12-23T23:15:00Z</dcterms:created>
  <dcterms:modified xsi:type="dcterms:W3CDTF">2026-10-26T05:40:00Z</dcterms:modified>
  <cp:category/>
</cp:coreProperties>
</file>