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A1F1F" w14:textId="77777777" w:rsidR="005401CD" w:rsidRPr="003343E5" w:rsidRDefault="00000000">
      <w:pPr>
        <w:spacing w:after="40"/>
        <w:jc w:val="center"/>
        <w:rPr>
          <w:rFonts w:ascii="Poppins" w:hAnsi="Poppins" w:cs="Poppins"/>
        </w:rPr>
      </w:pPr>
      <w:r w:rsidRPr="003343E5">
        <w:rPr>
          <w:rFonts w:ascii="Poppins" w:hAnsi="Poppins" w:cs="Poppins"/>
          <w:b/>
          <w:color w:val="1F4E79"/>
          <w:sz w:val="20"/>
        </w:rPr>
        <w:t>[COMPANY NAME / LOGO]</w:t>
      </w:r>
    </w:p>
    <w:p w14:paraId="7BC8B9B5" w14:textId="77777777" w:rsidR="005401CD" w:rsidRPr="003343E5" w:rsidRDefault="00000000">
      <w:pPr>
        <w:spacing w:after="20"/>
        <w:jc w:val="center"/>
        <w:rPr>
          <w:rFonts w:ascii="Poppins" w:hAnsi="Poppins" w:cs="Poppins"/>
        </w:rPr>
      </w:pPr>
      <w:r w:rsidRPr="003343E5">
        <w:rPr>
          <w:rFonts w:ascii="Poppins" w:hAnsi="Poppins" w:cs="Poppins"/>
          <w:b/>
          <w:color w:val="17365D"/>
          <w:sz w:val="34"/>
        </w:rPr>
        <w:t>SAMPLE APPOINTMENT LETTER</w:t>
      </w:r>
    </w:p>
    <w:p w14:paraId="2BC1D661" w14:textId="77777777" w:rsidR="005401CD" w:rsidRPr="003343E5" w:rsidRDefault="005401CD">
      <w:pPr>
        <w:spacing w:after="0"/>
        <w:rPr>
          <w:rFonts w:ascii="Poppins" w:hAnsi="Poppins" w:cs="Poppins"/>
        </w:rPr>
      </w:pPr>
    </w:p>
    <w:p w14:paraId="1380B908" w14:textId="77777777" w:rsidR="007813FC" w:rsidRPr="003343E5" w:rsidRDefault="007813FC">
      <w:pPr>
        <w:spacing w:after="0"/>
        <w:rPr>
          <w:rFonts w:ascii="Poppins" w:hAnsi="Poppins" w:cs="Poppins"/>
        </w:rPr>
      </w:pPr>
    </w:p>
    <w:p w14:paraId="464A19F6" w14:textId="77777777" w:rsidR="005401CD" w:rsidRPr="003343E5" w:rsidRDefault="00000000">
      <w:pPr>
        <w:rPr>
          <w:rFonts w:ascii="Poppins" w:hAnsi="Poppins" w:cs="Poppins"/>
        </w:rPr>
      </w:pPr>
      <w:r w:rsidRPr="003343E5">
        <w:rPr>
          <w:rFonts w:ascii="Poppins" w:hAnsi="Poppins" w:cs="Poppins"/>
        </w:rPr>
        <w:t>26 October 2026</w:t>
      </w:r>
    </w:p>
    <w:p w14:paraId="23D2BA3A" w14:textId="77777777" w:rsidR="005401CD" w:rsidRPr="003343E5" w:rsidRDefault="00000000">
      <w:pPr>
        <w:rPr>
          <w:rFonts w:ascii="Poppins" w:hAnsi="Poppins" w:cs="Poppins"/>
        </w:rPr>
      </w:pPr>
      <w:r w:rsidRPr="003343E5">
        <w:rPr>
          <w:rFonts w:ascii="Poppins" w:hAnsi="Poppins" w:cs="Poppins"/>
        </w:rPr>
        <w:t>To,</w:t>
      </w:r>
      <w:r w:rsidRPr="003343E5">
        <w:rPr>
          <w:rFonts w:ascii="Poppins" w:hAnsi="Poppins" w:cs="Poppins"/>
        </w:rPr>
        <w:br/>
        <w:t>Ms. Farzana Ahmed</w:t>
      </w:r>
      <w:r w:rsidRPr="003343E5">
        <w:rPr>
          <w:rFonts w:ascii="Poppins" w:hAnsi="Poppins" w:cs="Poppins"/>
        </w:rPr>
        <w:br/>
        <w:t>House 12, Road 4, Example Area, Dhaka</w:t>
      </w:r>
      <w:r w:rsidRPr="003343E5">
        <w:rPr>
          <w:rFonts w:ascii="Poppins" w:hAnsi="Poppins" w:cs="Poppins"/>
        </w:rPr>
        <w:br/>
        <w:t>Permanent address: Example Village, Example Upazila</w:t>
      </w:r>
    </w:p>
    <w:p w14:paraId="663EFDF6" w14:textId="77777777" w:rsidR="005401CD" w:rsidRPr="003343E5" w:rsidRDefault="00000000">
      <w:pPr>
        <w:rPr>
          <w:rFonts w:ascii="Poppins" w:hAnsi="Poppins" w:cs="Poppins"/>
        </w:rPr>
      </w:pPr>
      <w:r w:rsidRPr="003343E5">
        <w:rPr>
          <w:rFonts w:ascii="Poppins" w:hAnsi="Poppins" w:cs="Poppins"/>
          <w:b/>
        </w:rPr>
        <w:t>Subject: Appointment as HR Executive</w:t>
      </w:r>
    </w:p>
    <w:p w14:paraId="19A1BDBB" w14:textId="77777777" w:rsidR="005401CD" w:rsidRPr="003343E5" w:rsidRDefault="00000000">
      <w:pPr>
        <w:rPr>
          <w:rFonts w:ascii="Poppins" w:hAnsi="Poppins" w:cs="Poppins"/>
        </w:rPr>
      </w:pPr>
      <w:r w:rsidRPr="003343E5">
        <w:rPr>
          <w:rFonts w:ascii="Poppins" w:hAnsi="Poppins" w:cs="Poppins"/>
        </w:rPr>
        <w:t>Dear Ms. Ahmed,</w:t>
      </w:r>
    </w:p>
    <w:p w14:paraId="6CF86FF8" w14:textId="77777777" w:rsidR="005401CD" w:rsidRPr="003343E5" w:rsidRDefault="00000000">
      <w:pPr>
        <w:rPr>
          <w:rFonts w:ascii="Poppins" w:hAnsi="Poppins" w:cs="Poppins"/>
        </w:rPr>
      </w:pPr>
      <w:r w:rsidRPr="003343E5">
        <w:rPr>
          <w:rFonts w:ascii="Poppins" w:hAnsi="Poppins" w:cs="Poppins"/>
        </w:rPr>
        <w:t>We are pleased to appoint you as HR Executive at Example Solutions Ltd., effective 1 November 2026, subject to the terms below and applicable law. The company and personal details in this sample are fictional and provided only to demonstrate how a completed letter may look.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5401CD" w:rsidRPr="003343E5" w14:paraId="616BC438" w14:textId="77777777">
        <w:trPr>
          <w:jc w:val="center"/>
        </w:trPr>
        <w:tc>
          <w:tcPr>
            <w:tcW w:w="5040" w:type="dxa"/>
            <w:shd w:val="clear" w:color="auto" w:fill="F3F6FA"/>
            <w:vAlign w:val="center"/>
          </w:tcPr>
          <w:p w14:paraId="11EC7069" w14:textId="77777777" w:rsidR="005401CD" w:rsidRPr="003343E5" w:rsidRDefault="00000000">
            <w:pPr>
              <w:spacing w:after="20"/>
              <w:rPr>
                <w:rFonts w:ascii="Poppins" w:hAnsi="Poppins" w:cs="Poppins"/>
              </w:rPr>
            </w:pPr>
            <w:r w:rsidRPr="003343E5">
              <w:rPr>
                <w:rFonts w:ascii="Poppins" w:hAnsi="Poppins" w:cs="Poppins"/>
                <w:b/>
                <w:color w:val="17365D"/>
                <w:sz w:val="18"/>
              </w:rPr>
              <w:t>Employer / establishment</w:t>
            </w:r>
          </w:p>
        </w:tc>
        <w:tc>
          <w:tcPr>
            <w:tcW w:w="5040" w:type="dxa"/>
            <w:vAlign w:val="center"/>
          </w:tcPr>
          <w:p w14:paraId="36A1349A" w14:textId="77777777" w:rsidR="005401CD" w:rsidRPr="003343E5" w:rsidRDefault="00000000">
            <w:pPr>
              <w:spacing w:after="20"/>
              <w:rPr>
                <w:rFonts w:ascii="Poppins" w:hAnsi="Poppins" w:cs="Poppins"/>
              </w:rPr>
            </w:pPr>
            <w:r w:rsidRPr="003343E5">
              <w:rPr>
                <w:rFonts w:ascii="Poppins" w:hAnsi="Poppins" w:cs="Poppins"/>
                <w:sz w:val="18"/>
              </w:rPr>
              <w:t>Example Solutions Ltd., Example Business Centre, Dhaka</w:t>
            </w:r>
          </w:p>
        </w:tc>
      </w:tr>
      <w:tr w:rsidR="005401CD" w:rsidRPr="003343E5" w14:paraId="78E3A7D2" w14:textId="77777777">
        <w:trPr>
          <w:jc w:val="center"/>
        </w:trPr>
        <w:tc>
          <w:tcPr>
            <w:tcW w:w="5040" w:type="dxa"/>
            <w:shd w:val="clear" w:color="auto" w:fill="F3F6FA"/>
            <w:vAlign w:val="center"/>
          </w:tcPr>
          <w:p w14:paraId="7E539519" w14:textId="77777777" w:rsidR="005401CD" w:rsidRPr="003343E5" w:rsidRDefault="00000000">
            <w:pPr>
              <w:spacing w:after="20"/>
              <w:rPr>
                <w:rFonts w:ascii="Poppins" w:hAnsi="Poppins" w:cs="Poppins"/>
              </w:rPr>
            </w:pPr>
            <w:r w:rsidRPr="003343E5">
              <w:rPr>
                <w:rFonts w:ascii="Poppins" w:hAnsi="Poppins" w:cs="Poppins"/>
                <w:b/>
                <w:color w:val="17365D"/>
                <w:sz w:val="18"/>
              </w:rPr>
              <w:t>Employee name</w:t>
            </w:r>
          </w:p>
        </w:tc>
        <w:tc>
          <w:tcPr>
            <w:tcW w:w="5040" w:type="dxa"/>
            <w:vAlign w:val="center"/>
          </w:tcPr>
          <w:p w14:paraId="678BCA7A" w14:textId="77777777" w:rsidR="005401CD" w:rsidRPr="003343E5" w:rsidRDefault="00000000">
            <w:pPr>
              <w:spacing w:after="20"/>
              <w:rPr>
                <w:rFonts w:ascii="Poppins" w:hAnsi="Poppins" w:cs="Poppins"/>
              </w:rPr>
            </w:pPr>
            <w:r w:rsidRPr="003343E5">
              <w:rPr>
                <w:rFonts w:ascii="Poppins" w:hAnsi="Poppins" w:cs="Poppins"/>
                <w:sz w:val="18"/>
              </w:rPr>
              <w:t>Farzana Ahmed (fictional)</w:t>
            </w:r>
          </w:p>
        </w:tc>
      </w:tr>
      <w:tr w:rsidR="005401CD" w:rsidRPr="003343E5" w14:paraId="6D94B8A8" w14:textId="77777777">
        <w:trPr>
          <w:jc w:val="center"/>
        </w:trPr>
        <w:tc>
          <w:tcPr>
            <w:tcW w:w="5040" w:type="dxa"/>
            <w:shd w:val="clear" w:color="auto" w:fill="F3F6FA"/>
            <w:vAlign w:val="center"/>
          </w:tcPr>
          <w:p w14:paraId="50AA2D02" w14:textId="77777777" w:rsidR="005401CD" w:rsidRPr="003343E5" w:rsidRDefault="00000000">
            <w:pPr>
              <w:spacing w:after="20"/>
              <w:rPr>
                <w:rFonts w:ascii="Poppins" w:hAnsi="Poppins" w:cs="Poppins"/>
              </w:rPr>
            </w:pPr>
            <w:r w:rsidRPr="003343E5">
              <w:rPr>
                <w:rFonts w:ascii="Poppins" w:hAnsi="Poppins" w:cs="Poppins"/>
                <w:b/>
                <w:color w:val="17365D"/>
                <w:sz w:val="18"/>
              </w:rPr>
              <w:t>Designation / department</w:t>
            </w:r>
          </w:p>
        </w:tc>
        <w:tc>
          <w:tcPr>
            <w:tcW w:w="5040" w:type="dxa"/>
            <w:vAlign w:val="center"/>
          </w:tcPr>
          <w:p w14:paraId="2B8D7A2C" w14:textId="77777777" w:rsidR="005401CD" w:rsidRPr="003343E5" w:rsidRDefault="00000000">
            <w:pPr>
              <w:spacing w:after="20"/>
              <w:rPr>
                <w:rFonts w:ascii="Poppins" w:hAnsi="Poppins" w:cs="Poppins"/>
              </w:rPr>
            </w:pPr>
            <w:r w:rsidRPr="003343E5">
              <w:rPr>
                <w:rFonts w:ascii="Poppins" w:hAnsi="Poppins" w:cs="Poppins"/>
                <w:sz w:val="18"/>
              </w:rPr>
              <w:t>HR Executive / Human Resources</w:t>
            </w:r>
          </w:p>
        </w:tc>
      </w:tr>
      <w:tr w:rsidR="005401CD" w:rsidRPr="003343E5" w14:paraId="12931875" w14:textId="77777777">
        <w:trPr>
          <w:jc w:val="center"/>
        </w:trPr>
        <w:tc>
          <w:tcPr>
            <w:tcW w:w="5040" w:type="dxa"/>
            <w:shd w:val="clear" w:color="auto" w:fill="F3F6FA"/>
            <w:vAlign w:val="center"/>
          </w:tcPr>
          <w:p w14:paraId="7D7CFA97" w14:textId="77777777" w:rsidR="005401CD" w:rsidRPr="003343E5" w:rsidRDefault="00000000">
            <w:pPr>
              <w:spacing w:after="20"/>
              <w:rPr>
                <w:rFonts w:ascii="Poppins" w:hAnsi="Poppins" w:cs="Poppins"/>
              </w:rPr>
            </w:pPr>
            <w:r w:rsidRPr="003343E5">
              <w:rPr>
                <w:rFonts w:ascii="Poppins" w:hAnsi="Poppins" w:cs="Poppins"/>
                <w:b/>
                <w:color w:val="17365D"/>
                <w:sz w:val="18"/>
              </w:rPr>
              <w:t>Employment category</w:t>
            </w:r>
          </w:p>
        </w:tc>
        <w:tc>
          <w:tcPr>
            <w:tcW w:w="5040" w:type="dxa"/>
            <w:vAlign w:val="center"/>
          </w:tcPr>
          <w:p w14:paraId="3EA672E9" w14:textId="77777777" w:rsidR="005401CD" w:rsidRPr="003343E5" w:rsidRDefault="00000000">
            <w:pPr>
              <w:spacing w:after="20"/>
              <w:rPr>
                <w:rFonts w:ascii="Poppins" w:hAnsi="Poppins" w:cs="Poppins"/>
              </w:rPr>
            </w:pPr>
            <w:r w:rsidRPr="003343E5">
              <w:rPr>
                <w:rFonts w:ascii="Poppins" w:hAnsi="Poppins" w:cs="Poppins"/>
                <w:sz w:val="18"/>
              </w:rPr>
              <w:t>To be confirmed for the actual role</w:t>
            </w:r>
          </w:p>
        </w:tc>
      </w:tr>
      <w:tr w:rsidR="005401CD" w:rsidRPr="003343E5" w14:paraId="05EDE86A" w14:textId="77777777">
        <w:trPr>
          <w:jc w:val="center"/>
        </w:trPr>
        <w:tc>
          <w:tcPr>
            <w:tcW w:w="5040" w:type="dxa"/>
            <w:shd w:val="clear" w:color="auto" w:fill="F3F6FA"/>
            <w:vAlign w:val="center"/>
          </w:tcPr>
          <w:p w14:paraId="301E02BE" w14:textId="77777777" w:rsidR="005401CD" w:rsidRPr="003343E5" w:rsidRDefault="00000000">
            <w:pPr>
              <w:spacing w:after="20"/>
              <w:rPr>
                <w:rFonts w:ascii="Poppins" w:hAnsi="Poppins" w:cs="Poppins"/>
              </w:rPr>
            </w:pPr>
            <w:r w:rsidRPr="003343E5">
              <w:rPr>
                <w:rFonts w:ascii="Poppins" w:hAnsi="Poppins" w:cs="Poppins"/>
                <w:b/>
                <w:color w:val="17365D"/>
                <w:sz w:val="18"/>
              </w:rPr>
              <w:t>Joining date</w:t>
            </w:r>
          </w:p>
        </w:tc>
        <w:tc>
          <w:tcPr>
            <w:tcW w:w="5040" w:type="dxa"/>
            <w:vAlign w:val="center"/>
          </w:tcPr>
          <w:p w14:paraId="0A5BFC62" w14:textId="77777777" w:rsidR="005401CD" w:rsidRPr="003343E5" w:rsidRDefault="00000000">
            <w:pPr>
              <w:spacing w:after="20"/>
              <w:rPr>
                <w:rFonts w:ascii="Poppins" w:hAnsi="Poppins" w:cs="Poppins"/>
              </w:rPr>
            </w:pPr>
            <w:r w:rsidRPr="003343E5">
              <w:rPr>
                <w:rFonts w:ascii="Poppins" w:hAnsi="Poppins" w:cs="Poppins"/>
                <w:sz w:val="18"/>
              </w:rPr>
              <w:t>1 November 2026</w:t>
            </w:r>
          </w:p>
        </w:tc>
      </w:tr>
      <w:tr w:rsidR="005401CD" w:rsidRPr="003343E5" w14:paraId="2E8EA4F2" w14:textId="77777777">
        <w:trPr>
          <w:jc w:val="center"/>
        </w:trPr>
        <w:tc>
          <w:tcPr>
            <w:tcW w:w="5040" w:type="dxa"/>
            <w:shd w:val="clear" w:color="auto" w:fill="F3F6FA"/>
            <w:vAlign w:val="center"/>
          </w:tcPr>
          <w:p w14:paraId="12F9CF73" w14:textId="77777777" w:rsidR="005401CD" w:rsidRPr="003343E5" w:rsidRDefault="00000000">
            <w:pPr>
              <w:spacing w:after="20"/>
              <w:rPr>
                <w:rFonts w:ascii="Poppins" w:hAnsi="Poppins" w:cs="Poppins"/>
              </w:rPr>
            </w:pPr>
            <w:r w:rsidRPr="003343E5">
              <w:rPr>
                <w:rFonts w:ascii="Poppins" w:hAnsi="Poppins" w:cs="Poppins"/>
                <w:b/>
                <w:color w:val="17365D"/>
                <w:sz w:val="18"/>
              </w:rPr>
              <w:t>Work location</w:t>
            </w:r>
          </w:p>
        </w:tc>
        <w:tc>
          <w:tcPr>
            <w:tcW w:w="5040" w:type="dxa"/>
            <w:vAlign w:val="center"/>
          </w:tcPr>
          <w:p w14:paraId="14983750" w14:textId="77777777" w:rsidR="005401CD" w:rsidRPr="003343E5" w:rsidRDefault="00000000">
            <w:pPr>
              <w:spacing w:after="20"/>
              <w:rPr>
                <w:rFonts w:ascii="Poppins" w:hAnsi="Poppins" w:cs="Poppins"/>
              </w:rPr>
            </w:pPr>
            <w:r w:rsidRPr="003343E5">
              <w:rPr>
                <w:rFonts w:ascii="Poppins" w:hAnsi="Poppins" w:cs="Poppins"/>
                <w:sz w:val="18"/>
              </w:rPr>
              <w:t>Dhaka office</w:t>
            </w:r>
          </w:p>
        </w:tc>
      </w:tr>
      <w:tr w:rsidR="005401CD" w:rsidRPr="003343E5" w14:paraId="6D7CD373" w14:textId="77777777">
        <w:trPr>
          <w:jc w:val="center"/>
        </w:trPr>
        <w:tc>
          <w:tcPr>
            <w:tcW w:w="5040" w:type="dxa"/>
            <w:shd w:val="clear" w:color="auto" w:fill="F3F6FA"/>
            <w:vAlign w:val="center"/>
          </w:tcPr>
          <w:p w14:paraId="315AAA30" w14:textId="77777777" w:rsidR="005401CD" w:rsidRPr="003343E5" w:rsidRDefault="00000000">
            <w:pPr>
              <w:spacing w:after="20"/>
              <w:rPr>
                <w:rFonts w:ascii="Poppins" w:hAnsi="Poppins" w:cs="Poppins"/>
              </w:rPr>
            </w:pPr>
            <w:r w:rsidRPr="003343E5">
              <w:rPr>
                <w:rFonts w:ascii="Poppins" w:hAnsi="Poppins" w:cs="Poppins"/>
                <w:b/>
                <w:color w:val="17365D"/>
                <w:sz w:val="18"/>
              </w:rPr>
              <w:t>Gross monthly remuneration</w:t>
            </w:r>
          </w:p>
        </w:tc>
        <w:tc>
          <w:tcPr>
            <w:tcW w:w="5040" w:type="dxa"/>
            <w:vAlign w:val="center"/>
          </w:tcPr>
          <w:p w14:paraId="7E3FB7D8" w14:textId="77777777" w:rsidR="005401CD" w:rsidRPr="003343E5" w:rsidRDefault="00000000">
            <w:pPr>
              <w:spacing w:after="20"/>
              <w:rPr>
                <w:rFonts w:ascii="Poppins" w:hAnsi="Poppins" w:cs="Poppins"/>
              </w:rPr>
            </w:pPr>
            <w:r w:rsidRPr="003343E5">
              <w:rPr>
                <w:rFonts w:ascii="Poppins" w:hAnsi="Poppins" w:cs="Poppins"/>
                <w:sz w:val="18"/>
              </w:rPr>
              <w:t>BDT 40,000 (illustrative)</w:t>
            </w:r>
          </w:p>
        </w:tc>
      </w:tr>
      <w:tr w:rsidR="005401CD" w:rsidRPr="003343E5" w14:paraId="6AB4BB00" w14:textId="77777777">
        <w:trPr>
          <w:jc w:val="center"/>
        </w:trPr>
        <w:tc>
          <w:tcPr>
            <w:tcW w:w="5040" w:type="dxa"/>
            <w:shd w:val="clear" w:color="auto" w:fill="F3F6FA"/>
            <w:vAlign w:val="center"/>
          </w:tcPr>
          <w:p w14:paraId="68C8D7E3" w14:textId="77777777" w:rsidR="005401CD" w:rsidRPr="003343E5" w:rsidRDefault="00000000">
            <w:pPr>
              <w:spacing w:after="20"/>
              <w:rPr>
                <w:rFonts w:ascii="Poppins" w:hAnsi="Poppins" w:cs="Poppins"/>
              </w:rPr>
            </w:pPr>
            <w:r w:rsidRPr="003343E5">
              <w:rPr>
                <w:rFonts w:ascii="Poppins" w:hAnsi="Poppins" w:cs="Poppins"/>
                <w:b/>
                <w:color w:val="17365D"/>
                <w:sz w:val="18"/>
              </w:rPr>
              <w:t>Reporting to</w:t>
            </w:r>
          </w:p>
        </w:tc>
        <w:tc>
          <w:tcPr>
            <w:tcW w:w="5040" w:type="dxa"/>
            <w:vAlign w:val="center"/>
          </w:tcPr>
          <w:p w14:paraId="7C0F1C11" w14:textId="77777777" w:rsidR="005401CD" w:rsidRPr="003343E5" w:rsidRDefault="00000000">
            <w:pPr>
              <w:spacing w:after="20"/>
              <w:rPr>
                <w:rFonts w:ascii="Poppins" w:hAnsi="Poppins" w:cs="Poppins"/>
              </w:rPr>
            </w:pPr>
            <w:r w:rsidRPr="003343E5">
              <w:rPr>
                <w:rFonts w:ascii="Poppins" w:hAnsi="Poppins" w:cs="Poppins"/>
                <w:sz w:val="18"/>
              </w:rPr>
              <w:t>Manager, Human Resources</w:t>
            </w:r>
          </w:p>
        </w:tc>
      </w:tr>
    </w:tbl>
    <w:p w14:paraId="3276CE89" w14:textId="77777777" w:rsidR="005401CD" w:rsidRPr="003343E5" w:rsidRDefault="005401CD">
      <w:pPr>
        <w:spacing w:after="0"/>
        <w:rPr>
          <w:rFonts w:ascii="Poppins" w:hAnsi="Poppins" w:cs="Poppins"/>
        </w:rPr>
      </w:pPr>
    </w:p>
    <w:p w14:paraId="12DE27F4" w14:textId="77777777" w:rsidR="005401CD" w:rsidRPr="003343E5" w:rsidRDefault="00000000">
      <w:pPr>
        <w:pStyle w:val="Heading2"/>
        <w:rPr>
          <w:rFonts w:ascii="Poppins" w:hAnsi="Poppins" w:cs="Poppins"/>
        </w:rPr>
      </w:pPr>
      <w:r w:rsidRPr="003343E5">
        <w:rPr>
          <w:rFonts w:ascii="Poppins" w:hAnsi="Poppins" w:cs="Poppins"/>
        </w:rPr>
        <w:t>Illustrative salary breakdown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40"/>
        <w:gridCol w:w="5040"/>
      </w:tblGrid>
      <w:tr w:rsidR="005401CD" w:rsidRPr="003343E5" w14:paraId="443CB745" w14:textId="77777777">
        <w:tc>
          <w:tcPr>
            <w:tcW w:w="5040" w:type="dxa"/>
            <w:shd w:val="clear" w:color="auto" w:fill="1F4E79"/>
            <w:vAlign w:val="center"/>
          </w:tcPr>
          <w:p w14:paraId="6FAF685F" w14:textId="77777777" w:rsidR="005401CD" w:rsidRPr="003343E5" w:rsidRDefault="00000000">
            <w:pPr>
              <w:spacing w:after="20"/>
              <w:rPr>
                <w:rFonts w:ascii="Poppins" w:hAnsi="Poppins" w:cs="Poppins"/>
              </w:rPr>
            </w:pPr>
            <w:r w:rsidRPr="003343E5">
              <w:rPr>
                <w:rFonts w:ascii="Poppins" w:hAnsi="Poppins" w:cs="Poppins"/>
                <w:b/>
                <w:color w:val="FFFFFF"/>
                <w:sz w:val="18"/>
              </w:rPr>
              <w:t>Component</w:t>
            </w:r>
          </w:p>
        </w:tc>
        <w:tc>
          <w:tcPr>
            <w:tcW w:w="5040" w:type="dxa"/>
            <w:shd w:val="clear" w:color="auto" w:fill="1F4E79"/>
            <w:vAlign w:val="center"/>
          </w:tcPr>
          <w:p w14:paraId="3743EF36" w14:textId="77777777" w:rsidR="005401CD" w:rsidRPr="003343E5" w:rsidRDefault="00000000">
            <w:pPr>
              <w:spacing w:after="20"/>
              <w:rPr>
                <w:rFonts w:ascii="Poppins" w:hAnsi="Poppins" w:cs="Poppins"/>
              </w:rPr>
            </w:pPr>
            <w:r w:rsidRPr="003343E5">
              <w:rPr>
                <w:rFonts w:ascii="Poppins" w:hAnsi="Poppins" w:cs="Poppins"/>
                <w:b/>
                <w:color w:val="FFFFFF"/>
                <w:sz w:val="18"/>
              </w:rPr>
              <w:t>Illustrative monthly amount</w:t>
            </w:r>
          </w:p>
        </w:tc>
      </w:tr>
      <w:tr w:rsidR="005401CD" w:rsidRPr="003343E5" w14:paraId="48D05633" w14:textId="77777777">
        <w:tc>
          <w:tcPr>
            <w:tcW w:w="5040" w:type="dxa"/>
            <w:vAlign w:val="center"/>
          </w:tcPr>
          <w:p w14:paraId="684FA4EF" w14:textId="77777777" w:rsidR="005401CD" w:rsidRPr="003343E5" w:rsidRDefault="00000000">
            <w:pPr>
              <w:spacing w:after="20"/>
              <w:rPr>
                <w:rFonts w:ascii="Poppins" w:hAnsi="Poppins" w:cs="Poppins"/>
              </w:rPr>
            </w:pPr>
            <w:r w:rsidRPr="003343E5">
              <w:rPr>
                <w:rFonts w:ascii="Poppins" w:hAnsi="Poppins" w:cs="Poppins"/>
                <w:sz w:val="18"/>
              </w:rPr>
              <w:t>Basic salary</w:t>
            </w:r>
          </w:p>
        </w:tc>
        <w:tc>
          <w:tcPr>
            <w:tcW w:w="5040" w:type="dxa"/>
            <w:vAlign w:val="center"/>
          </w:tcPr>
          <w:p w14:paraId="527760FB" w14:textId="77777777" w:rsidR="005401CD" w:rsidRPr="003343E5" w:rsidRDefault="00000000">
            <w:pPr>
              <w:spacing w:after="20"/>
              <w:rPr>
                <w:rFonts w:ascii="Poppins" w:hAnsi="Poppins" w:cs="Poppins"/>
              </w:rPr>
            </w:pPr>
            <w:r w:rsidRPr="003343E5">
              <w:rPr>
                <w:rFonts w:ascii="Poppins" w:hAnsi="Poppins" w:cs="Poppins"/>
                <w:sz w:val="18"/>
              </w:rPr>
              <w:t>BDT 22,000</w:t>
            </w:r>
          </w:p>
        </w:tc>
      </w:tr>
      <w:tr w:rsidR="005401CD" w:rsidRPr="003343E5" w14:paraId="63E62CA3" w14:textId="77777777">
        <w:tc>
          <w:tcPr>
            <w:tcW w:w="5040" w:type="dxa"/>
            <w:vAlign w:val="center"/>
          </w:tcPr>
          <w:p w14:paraId="7B87B445" w14:textId="77777777" w:rsidR="005401CD" w:rsidRPr="003343E5" w:rsidRDefault="00000000">
            <w:pPr>
              <w:spacing w:after="20"/>
              <w:rPr>
                <w:rFonts w:ascii="Poppins" w:hAnsi="Poppins" w:cs="Poppins"/>
              </w:rPr>
            </w:pPr>
            <w:r w:rsidRPr="003343E5">
              <w:rPr>
                <w:rFonts w:ascii="Poppins" w:hAnsi="Poppins" w:cs="Poppins"/>
                <w:sz w:val="18"/>
              </w:rPr>
              <w:t>House rent allowance</w:t>
            </w:r>
          </w:p>
        </w:tc>
        <w:tc>
          <w:tcPr>
            <w:tcW w:w="5040" w:type="dxa"/>
            <w:vAlign w:val="center"/>
          </w:tcPr>
          <w:p w14:paraId="201BC1CA" w14:textId="77777777" w:rsidR="005401CD" w:rsidRPr="003343E5" w:rsidRDefault="00000000">
            <w:pPr>
              <w:spacing w:after="20"/>
              <w:rPr>
                <w:rFonts w:ascii="Poppins" w:hAnsi="Poppins" w:cs="Poppins"/>
              </w:rPr>
            </w:pPr>
            <w:r w:rsidRPr="003343E5">
              <w:rPr>
                <w:rFonts w:ascii="Poppins" w:hAnsi="Poppins" w:cs="Poppins"/>
                <w:sz w:val="18"/>
              </w:rPr>
              <w:t>BDT 10,000</w:t>
            </w:r>
          </w:p>
        </w:tc>
      </w:tr>
      <w:tr w:rsidR="005401CD" w:rsidRPr="003343E5" w14:paraId="49B2C68A" w14:textId="77777777">
        <w:tc>
          <w:tcPr>
            <w:tcW w:w="5040" w:type="dxa"/>
            <w:vAlign w:val="center"/>
          </w:tcPr>
          <w:p w14:paraId="104B4348" w14:textId="77777777" w:rsidR="005401CD" w:rsidRPr="003343E5" w:rsidRDefault="00000000">
            <w:pPr>
              <w:spacing w:after="20"/>
              <w:rPr>
                <w:rFonts w:ascii="Poppins" w:hAnsi="Poppins" w:cs="Poppins"/>
              </w:rPr>
            </w:pPr>
            <w:r w:rsidRPr="003343E5">
              <w:rPr>
                <w:rFonts w:ascii="Poppins" w:hAnsi="Poppins" w:cs="Poppins"/>
                <w:sz w:val="18"/>
              </w:rPr>
              <w:t>Medical allowance</w:t>
            </w:r>
          </w:p>
        </w:tc>
        <w:tc>
          <w:tcPr>
            <w:tcW w:w="5040" w:type="dxa"/>
            <w:vAlign w:val="center"/>
          </w:tcPr>
          <w:p w14:paraId="3260E15F" w14:textId="77777777" w:rsidR="005401CD" w:rsidRPr="003343E5" w:rsidRDefault="00000000">
            <w:pPr>
              <w:spacing w:after="20"/>
              <w:rPr>
                <w:rFonts w:ascii="Poppins" w:hAnsi="Poppins" w:cs="Poppins"/>
              </w:rPr>
            </w:pPr>
            <w:r w:rsidRPr="003343E5">
              <w:rPr>
                <w:rFonts w:ascii="Poppins" w:hAnsi="Poppins" w:cs="Poppins"/>
                <w:sz w:val="18"/>
              </w:rPr>
              <w:t>BDT 3,000</w:t>
            </w:r>
          </w:p>
        </w:tc>
      </w:tr>
      <w:tr w:rsidR="005401CD" w:rsidRPr="003343E5" w14:paraId="32FE19B0" w14:textId="77777777">
        <w:tc>
          <w:tcPr>
            <w:tcW w:w="5040" w:type="dxa"/>
            <w:vAlign w:val="center"/>
          </w:tcPr>
          <w:p w14:paraId="6A776B7B" w14:textId="77777777" w:rsidR="005401CD" w:rsidRPr="003343E5" w:rsidRDefault="00000000">
            <w:pPr>
              <w:spacing w:after="20"/>
              <w:rPr>
                <w:rFonts w:ascii="Poppins" w:hAnsi="Poppins" w:cs="Poppins"/>
              </w:rPr>
            </w:pPr>
            <w:r w:rsidRPr="003343E5">
              <w:rPr>
                <w:rFonts w:ascii="Poppins" w:hAnsi="Poppins" w:cs="Poppins"/>
                <w:sz w:val="18"/>
              </w:rPr>
              <w:t>Other allowance</w:t>
            </w:r>
          </w:p>
        </w:tc>
        <w:tc>
          <w:tcPr>
            <w:tcW w:w="5040" w:type="dxa"/>
            <w:vAlign w:val="center"/>
          </w:tcPr>
          <w:p w14:paraId="0263353D" w14:textId="77777777" w:rsidR="005401CD" w:rsidRPr="003343E5" w:rsidRDefault="00000000">
            <w:pPr>
              <w:spacing w:after="20"/>
              <w:rPr>
                <w:rFonts w:ascii="Poppins" w:hAnsi="Poppins" w:cs="Poppins"/>
              </w:rPr>
            </w:pPr>
            <w:r w:rsidRPr="003343E5">
              <w:rPr>
                <w:rFonts w:ascii="Poppins" w:hAnsi="Poppins" w:cs="Poppins"/>
                <w:sz w:val="18"/>
              </w:rPr>
              <w:t>BDT 5,000</w:t>
            </w:r>
          </w:p>
        </w:tc>
      </w:tr>
      <w:tr w:rsidR="005401CD" w:rsidRPr="003343E5" w14:paraId="7C5AE9EB" w14:textId="77777777">
        <w:tc>
          <w:tcPr>
            <w:tcW w:w="5040" w:type="dxa"/>
            <w:vAlign w:val="center"/>
          </w:tcPr>
          <w:p w14:paraId="592C3514" w14:textId="77777777" w:rsidR="005401CD" w:rsidRPr="003343E5" w:rsidRDefault="00000000">
            <w:pPr>
              <w:spacing w:after="20"/>
              <w:rPr>
                <w:rFonts w:ascii="Poppins" w:hAnsi="Poppins" w:cs="Poppins"/>
              </w:rPr>
            </w:pPr>
            <w:r w:rsidRPr="003343E5">
              <w:rPr>
                <w:rFonts w:ascii="Poppins" w:hAnsi="Poppins" w:cs="Poppins"/>
                <w:b/>
                <w:sz w:val="18"/>
              </w:rPr>
              <w:t>Illustrative gross total</w:t>
            </w:r>
          </w:p>
        </w:tc>
        <w:tc>
          <w:tcPr>
            <w:tcW w:w="5040" w:type="dxa"/>
            <w:vAlign w:val="center"/>
          </w:tcPr>
          <w:p w14:paraId="0FFD1D54" w14:textId="77777777" w:rsidR="005401CD" w:rsidRPr="003343E5" w:rsidRDefault="00000000">
            <w:pPr>
              <w:spacing w:after="20"/>
              <w:rPr>
                <w:rFonts w:ascii="Poppins" w:hAnsi="Poppins" w:cs="Poppins"/>
              </w:rPr>
            </w:pPr>
            <w:r w:rsidRPr="003343E5">
              <w:rPr>
                <w:rFonts w:ascii="Poppins" w:hAnsi="Poppins" w:cs="Poppins"/>
                <w:b/>
                <w:sz w:val="18"/>
              </w:rPr>
              <w:t>BDT 40,000</w:t>
            </w:r>
          </w:p>
        </w:tc>
      </w:tr>
    </w:tbl>
    <w:p w14:paraId="46CCC45F" w14:textId="77777777" w:rsidR="005401CD" w:rsidRPr="003343E5" w:rsidRDefault="00000000">
      <w:pPr>
        <w:rPr>
          <w:rFonts w:ascii="Poppins" w:hAnsi="Poppins" w:cs="Poppins"/>
        </w:rPr>
      </w:pPr>
      <w:r w:rsidRPr="003343E5">
        <w:rPr>
          <w:rFonts w:ascii="Poppins" w:hAnsi="Poppins" w:cs="Poppins"/>
        </w:rPr>
        <w:t>This breakdown is an example only. Actual components, statutory calculations, deductions, and benefits must reflect the employer's approved salary structure and applicable law.</w:t>
      </w:r>
    </w:p>
    <w:p w14:paraId="38964ED9" w14:textId="77777777" w:rsidR="005401CD" w:rsidRPr="003343E5" w:rsidRDefault="00000000">
      <w:pPr>
        <w:pStyle w:val="Heading2"/>
        <w:rPr>
          <w:rFonts w:ascii="Poppins" w:hAnsi="Poppins" w:cs="Poppins"/>
        </w:rPr>
      </w:pPr>
      <w:r w:rsidRPr="003343E5">
        <w:rPr>
          <w:rFonts w:ascii="Poppins" w:hAnsi="Poppins" w:cs="Poppins"/>
        </w:rPr>
        <w:t>Employment Terms</w:t>
      </w:r>
    </w:p>
    <w:p w14:paraId="795BA89B" w14:textId="77777777" w:rsidR="005401CD" w:rsidRPr="003343E5" w:rsidRDefault="00000000">
      <w:pPr>
        <w:rPr>
          <w:rFonts w:ascii="Poppins" w:hAnsi="Poppins" w:cs="Poppins"/>
        </w:rPr>
      </w:pPr>
      <w:r w:rsidRPr="003343E5">
        <w:rPr>
          <w:rFonts w:ascii="Poppins" w:hAnsi="Poppins" w:cs="Poppins"/>
        </w:rPr>
        <w:t>1. Position and duties: You will serve as [Designation] in the [Department] and report to [Reporting manager/designation]. Your duties will include [brief duties] and other reasonable duties related to the role.</w:t>
      </w:r>
    </w:p>
    <w:p w14:paraId="4C6030FA" w14:textId="77777777" w:rsidR="005401CD" w:rsidRPr="003343E5" w:rsidRDefault="00000000">
      <w:pPr>
        <w:rPr>
          <w:rFonts w:ascii="Poppins" w:hAnsi="Poppins" w:cs="Poppins"/>
        </w:rPr>
      </w:pPr>
      <w:r w:rsidRPr="003343E5">
        <w:rPr>
          <w:rFonts w:ascii="Poppins" w:hAnsi="Poppins" w:cs="Poppins"/>
        </w:rPr>
        <w:lastRenderedPageBreak/>
        <w:t>2. Joining and work location: Your joining date is [DD Month YYYY]. Your primary work location is [Location]. Working hours, weekly rest days, and shift arrangements will be as communicated in writing and in accordance with applicable law.</w:t>
      </w:r>
    </w:p>
    <w:p w14:paraId="2143CB9A" w14:textId="77777777" w:rsidR="005401CD" w:rsidRPr="003343E5" w:rsidRDefault="00000000">
      <w:pPr>
        <w:rPr>
          <w:rFonts w:ascii="Poppins" w:hAnsi="Poppins" w:cs="Poppins"/>
        </w:rPr>
      </w:pPr>
      <w:r w:rsidRPr="003343E5">
        <w:rPr>
          <w:rFonts w:ascii="Poppins" w:hAnsi="Poppins" w:cs="Poppins"/>
        </w:rPr>
        <w:t>3. Compensation: Your gross monthly remuneration is BDT [Amount], comprising [Basic salary] and [allowances/other components]. Applicable deductions, benefits, and payment arrangements will be handled in accordance with the written compensation schedule, company policy, and applicable law.</w:t>
      </w:r>
    </w:p>
    <w:p w14:paraId="40E6922F" w14:textId="77777777" w:rsidR="005401CD" w:rsidRPr="003343E5" w:rsidRDefault="00000000">
      <w:pPr>
        <w:rPr>
          <w:rFonts w:ascii="Poppins" w:hAnsi="Poppins" w:cs="Poppins"/>
        </w:rPr>
      </w:pPr>
      <w:r w:rsidRPr="003343E5">
        <w:rPr>
          <w:rFonts w:ascii="Poppins" w:hAnsi="Poppins" w:cs="Poppins"/>
        </w:rPr>
        <w:t>4. Leave and benefits: Leave, holidays, and other benefits will be provided in accordance with applicable law and the employer's applicable policies. Specific benefits, eligibility, and procedures: [Details / policy reference].</w:t>
      </w:r>
    </w:p>
    <w:p w14:paraId="6882FA9A" w14:textId="77777777" w:rsidR="005401CD" w:rsidRPr="003343E5" w:rsidRDefault="00000000">
      <w:pPr>
        <w:rPr>
          <w:rFonts w:ascii="Poppins" w:hAnsi="Poppins" w:cs="Poppins"/>
        </w:rPr>
      </w:pPr>
      <w:r w:rsidRPr="003343E5">
        <w:rPr>
          <w:rFonts w:ascii="Poppins" w:hAnsi="Poppins" w:cs="Poppins"/>
        </w:rPr>
        <w:t>5. Policies and conduct: You must follow applicable lawful workplace policies, safety requirements, and confidentiality obligations communicated to you.</w:t>
      </w:r>
    </w:p>
    <w:p w14:paraId="03D4C482" w14:textId="77777777" w:rsidR="005401CD" w:rsidRPr="003343E5" w:rsidRDefault="00000000">
      <w:pPr>
        <w:rPr>
          <w:rFonts w:ascii="Poppins" w:hAnsi="Poppins" w:cs="Poppins"/>
        </w:rPr>
      </w:pPr>
      <w:r w:rsidRPr="003343E5">
        <w:rPr>
          <w:rFonts w:ascii="Poppins" w:hAnsi="Poppins" w:cs="Poppins"/>
        </w:rPr>
        <w:t>6. Notice and separation: Notice, resignation, termination, and other separation matters will be governed by applicable law and the valid terms that apply to your employment category. Insert reviewed provisions here: [Approved clause].</w:t>
      </w:r>
    </w:p>
    <w:p w14:paraId="14836B8C" w14:textId="77777777" w:rsidR="005401CD" w:rsidRPr="003343E5" w:rsidRDefault="00000000">
      <w:pPr>
        <w:rPr>
          <w:rFonts w:ascii="Poppins" w:hAnsi="Poppins" w:cs="Poppins"/>
        </w:rPr>
      </w:pPr>
      <w:r w:rsidRPr="003343E5">
        <w:rPr>
          <w:rFonts w:ascii="Poppins" w:hAnsi="Poppins" w:cs="Poppins"/>
        </w:rPr>
        <w:t>7. Documents and records: Please provide accurate joining documents and notify HR of changes to your contact or personal details. The employer will handle employee records in accordance with applicable requirements.</w:t>
      </w:r>
    </w:p>
    <w:p w14:paraId="10C195CE" w14:textId="77777777" w:rsidR="005401CD" w:rsidRPr="003343E5" w:rsidRDefault="00000000">
      <w:pPr>
        <w:rPr>
          <w:rFonts w:ascii="Poppins" w:hAnsi="Poppins" w:cs="Poppins"/>
        </w:rPr>
      </w:pPr>
      <w:r w:rsidRPr="003343E5">
        <w:rPr>
          <w:rFonts w:ascii="Poppins" w:hAnsi="Poppins" w:cs="Poppins"/>
        </w:rPr>
        <w:t>8. Applicable rules: The employment relationship is subject to applicable Bangladesh law and valid service rules/policies applicable to this role. Any required statutory particulars or statements should be inserted after legal review.</w:t>
      </w:r>
    </w:p>
    <w:p w14:paraId="6D9CBF4C" w14:textId="77777777" w:rsidR="005401CD" w:rsidRPr="003343E5" w:rsidRDefault="00000000">
      <w:pPr>
        <w:pStyle w:val="Heading2"/>
        <w:rPr>
          <w:rFonts w:ascii="Poppins" w:hAnsi="Poppins" w:cs="Poppins"/>
        </w:rPr>
      </w:pPr>
      <w:r w:rsidRPr="003343E5">
        <w:rPr>
          <w:rFonts w:ascii="Poppins" w:hAnsi="Poppins" w:cs="Poppins"/>
        </w:rPr>
        <w:t>Acceptance</w:t>
      </w:r>
    </w:p>
    <w:p w14:paraId="3163C10B" w14:textId="77777777" w:rsidR="005401CD" w:rsidRPr="003343E5" w:rsidRDefault="00000000">
      <w:pPr>
        <w:rPr>
          <w:rFonts w:ascii="Poppins" w:hAnsi="Poppins" w:cs="Poppins"/>
        </w:rPr>
      </w:pPr>
      <w:r w:rsidRPr="003343E5">
        <w:rPr>
          <w:rFonts w:ascii="Poppins" w:hAnsi="Poppins" w:cs="Poppins"/>
        </w:rPr>
        <w:t>Please sign below to acknowledge receipt and acceptance of the final approved appointment terms.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5401CD" w:rsidRPr="003343E5" w14:paraId="3C7B51D5" w14:textId="77777777">
        <w:trPr>
          <w:jc w:val="center"/>
        </w:trPr>
        <w:tc>
          <w:tcPr>
            <w:tcW w:w="5040" w:type="dxa"/>
            <w:vAlign w:val="center"/>
          </w:tcPr>
          <w:p w14:paraId="5AF19557" w14:textId="77777777" w:rsidR="005401CD" w:rsidRPr="003343E5" w:rsidRDefault="00000000">
            <w:pPr>
              <w:spacing w:after="20"/>
              <w:rPr>
                <w:rFonts w:ascii="Poppins" w:hAnsi="Poppins" w:cs="Poppins"/>
              </w:rPr>
            </w:pPr>
            <w:r w:rsidRPr="003343E5">
              <w:rPr>
                <w:rFonts w:ascii="Poppins" w:hAnsi="Poppins" w:cs="Poppins"/>
                <w:sz w:val="18"/>
              </w:rPr>
              <w:br/>
            </w:r>
            <w:r w:rsidRPr="003343E5">
              <w:rPr>
                <w:rFonts w:ascii="Poppins" w:hAnsi="Poppins" w:cs="Poppins"/>
                <w:sz w:val="18"/>
              </w:rPr>
              <w:br/>
              <w:t>____________________________</w:t>
            </w:r>
          </w:p>
        </w:tc>
        <w:tc>
          <w:tcPr>
            <w:tcW w:w="5040" w:type="dxa"/>
            <w:vAlign w:val="center"/>
          </w:tcPr>
          <w:p w14:paraId="00FB1C5A" w14:textId="77777777" w:rsidR="005401CD" w:rsidRPr="003343E5" w:rsidRDefault="00000000">
            <w:pPr>
              <w:spacing w:after="20"/>
              <w:rPr>
                <w:rFonts w:ascii="Poppins" w:hAnsi="Poppins" w:cs="Poppins"/>
              </w:rPr>
            </w:pPr>
            <w:r w:rsidRPr="003343E5">
              <w:rPr>
                <w:rFonts w:ascii="Poppins" w:hAnsi="Poppins" w:cs="Poppins"/>
                <w:sz w:val="18"/>
              </w:rPr>
              <w:br/>
            </w:r>
            <w:r w:rsidRPr="003343E5">
              <w:rPr>
                <w:rFonts w:ascii="Poppins" w:hAnsi="Poppins" w:cs="Poppins"/>
                <w:sz w:val="18"/>
              </w:rPr>
              <w:br/>
              <w:t>____________________________</w:t>
            </w:r>
          </w:p>
        </w:tc>
      </w:tr>
      <w:tr w:rsidR="005401CD" w:rsidRPr="003343E5" w14:paraId="2770F8B1" w14:textId="77777777">
        <w:trPr>
          <w:jc w:val="center"/>
        </w:trPr>
        <w:tc>
          <w:tcPr>
            <w:tcW w:w="5040" w:type="dxa"/>
            <w:vAlign w:val="center"/>
          </w:tcPr>
          <w:p w14:paraId="61FF2781" w14:textId="77777777" w:rsidR="005401CD" w:rsidRPr="003343E5" w:rsidRDefault="00000000">
            <w:pPr>
              <w:spacing w:after="20"/>
              <w:rPr>
                <w:rFonts w:ascii="Poppins" w:hAnsi="Poppins" w:cs="Poppins"/>
              </w:rPr>
            </w:pPr>
            <w:r w:rsidRPr="003343E5">
              <w:rPr>
                <w:rFonts w:ascii="Poppins" w:hAnsi="Poppins" w:cs="Poppins"/>
                <w:sz w:val="16"/>
              </w:rPr>
              <w:t>For the Employer</w:t>
            </w:r>
            <w:r w:rsidRPr="003343E5">
              <w:rPr>
                <w:rFonts w:ascii="Poppins" w:hAnsi="Poppins" w:cs="Poppins"/>
                <w:sz w:val="16"/>
              </w:rPr>
              <w:br/>
              <w:t>Name: [Name]</w:t>
            </w:r>
            <w:r w:rsidRPr="003343E5">
              <w:rPr>
                <w:rFonts w:ascii="Poppins" w:hAnsi="Poppins" w:cs="Poppins"/>
                <w:sz w:val="16"/>
              </w:rPr>
              <w:br/>
              <w:t>Designation: [Designation]</w:t>
            </w:r>
            <w:r w:rsidRPr="003343E5">
              <w:rPr>
                <w:rFonts w:ascii="Poppins" w:hAnsi="Poppins" w:cs="Poppins"/>
                <w:sz w:val="16"/>
              </w:rPr>
              <w:br/>
              <w:t>Date: [Date]</w:t>
            </w:r>
          </w:p>
        </w:tc>
        <w:tc>
          <w:tcPr>
            <w:tcW w:w="5040" w:type="dxa"/>
            <w:vAlign w:val="center"/>
          </w:tcPr>
          <w:p w14:paraId="149B5DFA" w14:textId="77777777" w:rsidR="005401CD" w:rsidRPr="003343E5" w:rsidRDefault="00000000">
            <w:pPr>
              <w:spacing w:after="20"/>
              <w:rPr>
                <w:rFonts w:ascii="Poppins" w:hAnsi="Poppins" w:cs="Poppins"/>
              </w:rPr>
            </w:pPr>
            <w:r w:rsidRPr="003343E5">
              <w:rPr>
                <w:rFonts w:ascii="Poppins" w:hAnsi="Poppins" w:cs="Poppins"/>
                <w:sz w:val="16"/>
              </w:rPr>
              <w:t>Employee</w:t>
            </w:r>
            <w:r w:rsidRPr="003343E5">
              <w:rPr>
                <w:rFonts w:ascii="Poppins" w:hAnsi="Poppins" w:cs="Poppins"/>
                <w:sz w:val="16"/>
              </w:rPr>
              <w:br/>
              <w:t>Name: [Employee name]</w:t>
            </w:r>
            <w:r w:rsidRPr="003343E5">
              <w:rPr>
                <w:rFonts w:ascii="Poppins" w:hAnsi="Poppins" w:cs="Poppins"/>
                <w:sz w:val="16"/>
              </w:rPr>
              <w:br/>
              <w:t>Date: [Date]</w:t>
            </w:r>
          </w:p>
        </w:tc>
      </w:tr>
    </w:tbl>
    <w:p w14:paraId="340172F9" w14:textId="4C472D97" w:rsidR="005401CD" w:rsidRPr="003343E5" w:rsidRDefault="005401CD">
      <w:pPr>
        <w:spacing w:before="160"/>
        <w:rPr>
          <w:rFonts w:ascii="Poppins" w:hAnsi="Poppins" w:cs="Poppins"/>
        </w:rPr>
      </w:pPr>
    </w:p>
    <w:sectPr w:rsidR="005401CD" w:rsidRPr="003343E5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30895854">
    <w:abstractNumId w:val="8"/>
  </w:num>
  <w:num w:numId="2" w16cid:durableId="2025933842">
    <w:abstractNumId w:val="6"/>
  </w:num>
  <w:num w:numId="3" w16cid:durableId="1369066596">
    <w:abstractNumId w:val="5"/>
  </w:num>
  <w:num w:numId="4" w16cid:durableId="1820266517">
    <w:abstractNumId w:val="4"/>
  </w:num>
  <w:num w:numId="5" w16cid:durableId="1197306661">
    <w:abstractNumId w:val="7"/>
  </w:num>
  <w:num w:numId="6" w16cid:durableId="1472862613">
    <w:abstractNumId w:val="3"/>
  </w:num>
  <w:num w:numId="7" w16cid:durableId="11733591">
    <w:abstractNumId w:val="2"/>
  </w:num>
  <w:num w:numId="8" w16cid:durableId="2121143491">
    <w:abstractNumId w:val="1"/>
  </w:num>
  <w:num w:numId="9" w16cid:durableId="1286541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408C"/>
    <w:rsid w:val="0015074B"/>
    <w:rsid w:val="0029639D"/>
    <w:rsid w:val="00326F90"/>
    <w:rsid w:val="003343E5"/>
    <w:rsid w:val="005401CD"/>
    <w:rsid w:val="007813F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03D3A0"/>
  <w14:defaultImageDpi w14:val="300"/>
  <w15:docId w15:val="{4538346E-AEA2-40AF-9A20-B024A6D01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222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365D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7365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7365D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Filled Appointment Letter Sample</dc:title>
  <dc:subject/>
  <dc:creator>hrms Software EasyKaj</dc:creator>
  <cp:keywords/>
  <dc:description>generated by python-docx</dc:description>
  <cp:lastModifiedBy>Hasibus Sakib</cp:lastModifiedBy>
  <cp:revision>3</cp:revision>
  <dcterms:created xsi:type="dcterms:W3CDTF">2013-12-23T23:15:00Z</dcterms:created>
  <dcterms:modified xsi:type="dcterms:W3CDTF">2026-10-26T05:38:00Z</dcterms:modified>
  <cp:category/>
</cp:coreProperties>
</file>