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24285" w14:textId="77777777" w:rsidR="005065F8" w:rsidRPr="00A560FB" w:rsidRDefault="00000000">
      <w:pPr>
        <w:spacing w:after="40"/>
        <w:jc w:val="center"/>
        <w:rPr>
          <w:rFonts w:ascii="Poppins" w:hAnsi="Poppins" w:cs="Poppins"/>
        </w:rPr>
      </w:pPr>
      <w:r w:rsidRPr="00A560FB">
        <w:rPr>
          <w:rFonts w:ascii="Poppins" w:hAnsi="Poppins" w:cs="Poppins"/>
          <w:b/>
          <w:color w:val="1F4E79"/>
          <w:sz w:val="20"/>
        </w:rPr>
        <w:t>[COMPANY NAME / LOGO]</w:t>
      </w:r>
    </w:p>
    <w:p w14:paraId="260EB006" w14:textId="77777777" w:rsidR="005065F8" w:rsidRPr="00A560FB" w:rsidRDefault="00000000">
      <w:pPr>
        <w:spacing w:after="20"/>
        <w:jc w:val="center"/>
        <w:rPr>
          <w:rFonts w:ascii="Poppins" w:hAnsi="Poppins" w:cs="Poppins"/>
        </w:rPr>
      </w:pPr>
      <w:r w:rsidRPr="00A560FB">
        <w:rPr>
          <w:rFonts w:ascii="Poppins" w:hAnsi="Poppins" w:cs="Poppins"/>
          <w:b/>
          <w:color w:val="17365D"/>
          <w:sz w:val="34"/>
        </w:rPr>
        <w:t>APPOINTMENT LETTER — CORPORATE OFFICE</w:t>
      </w:r>
    </w:p>
    <w:p w14:paraId="7773520E" w14:textId="77777777" w:rsidR="005065F8" w:rsidRPr="00A560FB" w:rsidRDefault="005065F8">
      <w:pPr>
        <w:spacing w:after="0"/>
        <w:rPr>
          <w:rFonts w:ascii="Poppins" w:hAnsi="Poppins" w:cs="Poppins"/>
        </w:rPr>
      </w:pPr>
    </w:p>
    <w:p w14:paraId="1E1FEBAF" w14:textId="77777777" w:rsidR="005065F8" w:rsidRPr="00A560FB" w:rsidRDefault="00000000">
      <w:pPr>
        <w:rPr>
          <w:rFonts w:ascii="Poppins" w:hAnsi="Poppins" w:cs="Poppins"/>
        </w:rPr>
      </w:pPr>
      <w:r w:rsidRPr="00A560FB">
        <w:rPr>
          <w:rFonts w:ascii="Poppins" w:hAnsi="Poppins" w:cs="Poppins"/>
        </w:rPr>
        <w:t>[Date]</w:t>
      </w:r>
    </w:p>
    <w:p w14:paraId="49A15125" w14:textId="77777777" w:rsidR="005065F8" w:rsidRPr="00A560FB" w:rsidRDefault="00000000">
      <w:pPr>
        <w:rPr>
          <w:rFonts w:ascii="Poppins" w:hAnsi="Poppins" w:cs="Poppins"/>
        </w:rPr>
      </w:pPr>
      <w:r w:rsidRPr="00A560FB">
        <w:rPr>
          <w:rFonts w:ascii="Poppins" w:hAnsi="Poppins" w:cs="Poppins"/>
        </w:rPr>
        <w:t>To,</w:t>
      </w:r>
      <w:r w:rsidRPr="00A560FB">
        <w:rPr>
          <w:rFonts w:ascii="Poppins" w:hAnsi="Poppins" w:cs="Poppins"/>
        </w:rPr>
        <w:br/>
        <w:t>[Employee Full Name]</w:t>
      </w:r>
      <w:r w:rsidRPr="00A560FB">
        <w:rPr>
          <w:rFonts w:ascii="Poppins" w:hAnsi="Poppins" w:cs="Poppins"/>
        </w:rPr>
        <w:br/>
        <w:t>[Present Address]</w:t>
      </w:r>
      <w:r w:rsidRPr="00A560FB">
        <w:rPr>
          <w:rFonts w:ascii="Poppins" w:hAnsi="Poppins" w:cs="Poppins"/>
        </w:rPr>
        <w:br/>
        <w:t>[Permanent Address]</w:t>
      </w:r>
    </w:p>
    <w:p w14:paraId="4CB2D79A" w14:textId="77777777" w:rsidR="005065F8" w:rsidRPr="00A560FB" w:rsidRDefault="00000000">
      <w:pPr>
        <w:rPr>
          <w:rFonts w:ascii="Poppins" w:hAnsi="Poppins" w:cs="Poppins"/>
        </w:rPr>
      </w:pPr>
      <w:r w:rsidRPr="00A560FB">
        <w:rPr>
          <w:rFonts w:ascii="Poppins" w:hAnsi="Poppins" w:cs="Poppins"/>
          <w:b/>
        </w:rPr>
        <w:t>Subject: Appointment as [Designation]</w:t>
      </w:r>
    </w:p>
    <w:p w14:paraId="0405FCA6" w14:textId="77777777" w:rsidR="005065F8" w:rsidRPr="00A560FB" w:rsidRDefault="00000000">
      <w:pPr>
        <w:rPr>
          <w:rFonts w:ascii="Poppins" w:hAnsi="Poppins" w:cs="Poppins"/>
        </w:rPr>
      </w:pPr>
      <w:r w:rsidRPr="00A560FB">
        <w:rPr>
          <w:rFonts w:ascii="Poppins" w:hAnsi="Poppins" w:cs="Poppins"/>
        </w:rPr>
        <w:t>Dear [Employee Name],</w:t>
      </w:r>
    </w:p>
    <w:p w14:paraId="74BA2DA4" w14:textId="77777777" w:rsidR="005065F8" w:rsidRPr="00A560FB" w:rsidRDefault="00000000">
      <w:pPr>
        <w:rPr>
          <w:rFonts w:ascii="Poppins" w:hAnsi="Poppins" w:cs="Poppins"/>
        </w:rPr>
      </w:pPr>
      <w:r w:rsidRPr="00A560FB">
        <w:rPr>
          <w:rFonts w:ascii="Poppins" w:hAnsi="Poppins" w:cs="Poppins"/>
        </w:rPr>
        <w:t>We are pleased to appoint you as [Designation] in the [Department] of [Company Name], subject to the terms below and applicable law.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5065F8" w:rsidRPr="00A560FB" w14:paraId="7AA4EFE3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2575D568" w14:textId="77777777" w:rsidR="005065F8" w:rsidRPr="00A560FB" w:rsidRDefault="00000000">
            <w:pPr>
              <w:spacing w:after="20"/>
              <w:rPr>
                <w:rFonts w:ascii="Poppins" w:hAnsi="Poppins" w:cs="Poppins"/>
              </w:rPr>
            </w:pPr>
            <w:r w:rsidRPr="00A560FB">
              <w:rPr>
                <w:rFonts w:ascii="Poppins" w:hAnsi="Poppins" w:cs="Poppins"/>
                <w:b/>
                <w:color w:val="17365D"/>
                <w:sz w:val="18"/>
              </w:rPr>
              <w:t>Employer / establishment</w:t>
            </w:r>
          </w:p>
        </w:tc>
        <w:tc>
          <w:tcPr>
            <w:tcW w:w="5040" w:type="dxa"/>
            <w:vAlign w:val="center"/>
          </w:tcPr>
          <w:p w14:paraId="3488AEC1" w14:textId="77777777" w:rsidR="005065F8" w:rsidRPr="00A560FB" w:rsidRDefault="00000000">
            <w:pPr>
              <w:spacing w:after="20"/>
              <w:rPr>
                <w:rFonts w:ascii="Poppins" w:hAnsi="Poppins" w:cs="Poppins"/>
              </w:rPr>
            </w:pPr>
            <w:r w:rsidRPr="00A560FB">
              <w:rPr>
                <w:rFonts w:ascii="Poppins" w:hAnsi="Poppins" w:cs="Poppins"/>
                <w:sz w:val="18"/>
              </w:rPr>
              <w:t>[Legal company name and address]</w:t>
            </w:r>
          </w:p>
        </w:tc>
      </w:tr>
      <w:tr w:rsidR="005065F8" w:rsidRPr="00A560FB" w14:paraId="275D3698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2493C623" w14:textId="77777777" w:rsidR="005065F8" w:rsidRPr="00A560FB" w:rsidRDefault="00000000">
            <w:pPr>
              <w:spacing w:after="20"/>
              <w:rPr>
                <w:rFonts w:ascii="Poppins" w:hAnsi="Poppins" w:cs="Poppins"/>
              </w:rPr>
            </w:pPr>
            <w:r w:rsidRPr="00A560FB">
              <w:rPr>
                <w:rFonts w:ascii="Poppins" w:hAnsi="Poppins" w:cs="Poppins"/>
                <w:b/>
                <w:color w:val="17365D"/>
                <w:sz w:val="18"/>
              </w:rPr>
              <w:t>Employee name</w:t>
            </w:r>
          </w:p>
        </w:tc>
        <w:tc>
          <w:tcPr>
            <w:tcW w:w="5040" w:type="dxa"/>
            <w:vAlign w:val="center"/>
          </w:tcPr>
          <w:p w14:paraId="5424EB21" w14:textId="77777777" w:rsidR="005065F8" w:rsidRPr="00A560FB" w:rsidRDefault="00000000">
            <w:pPr>
              <w:spacing w:after="20"/>
              <w:rPr>
                <w:rFonts w:ascii="Poppins" w:hAnsi="Poppins" w:cs="Poppins"/>
              </w:rPr>
            </w:pPr>
            <w:r w:rsidRPr="00A560FB">
              <w:rPr>
                <w:rFonts w:ascii="Poppins" w:hAnsi="Poppins" w:cs="Poppins"/>
                <w:sz w:val="18"/>
              </w:rPr>
              <w:t>[Full name as per official record]</w:t>
            </w:r>
          </w:p>
        </w:tc>
      </w:tr>
      <w:tr w:rsidR="005065F8" w:rsidRPr="00A560FB" w14:paraId="26FDE194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3E042462" w14:textId="77777777" w:rsidR="005065F8" w:rsidRPr="00A560FB" w:rsidRDefault="00000000">
            <w:pPr>
              <w:spacing w:after="20"/>
              <w:rPr>
                <w:rFonts w:ascii="Poppins" w:hAnsi="Poppins" w:cs="Poppins"/>
              </w:rPr>
            </w:pPr>
            <w:r w:rsidRPr="00A560FB">
              <w:rPr>
                <w:rFonts w:ascii="Poppins" w:hAnsi="Poppins" w:cs="Poppins"/>
                <w:b/>
                <w:color w:val="17365D"/>
                <w:sz w:val="18"/>
              </w:rPr>
              <w:t>Designation / department</w:t>
            </w:r>
          </w:p>
        </w:tc>
        <w:tc>
          <w:tcPr>
            <w:tcW w:w="5040" w:type="dxa"/>
            <w:vAlign w:val="center"/>
          </w:tcPr>
          <w:p w14:paraId="3FF4A229" w14:textId="77777777" w:rsidR="005065F8" w:rsidRPr="00A560FB" w:rsidRDefault="00000000">
            <w:pPr>
              <w:spacing w:after="20"/>
              <w:rPr>
                <w:rFonts w:ascii="Poppins" w:hAnsi="Poppins" w:cs="Poppins"/>
              </w:rPr>
            </w:pPr>
            <w:r w:rsidRPr="00A560FB">
              <w:rPr>
                <w:rFonts w:ascii="Poppins" w:hAnsi="Poppins" w:cs="Poppins"/>
                <w:sz w:val="18"/>
              </w:rPr>
              <w:t>[Position / department, e.g., Finance Executive / HR Manager]</w:t>
            </w:r>
          </w:p>
        </w:tc>
      </w:tr>
      <w:tr w:rsidR="005065F8" w:rsidRPr="00A560FB" w14:paraId="62964F46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74C3A6B5" w14:textId="77777777" w:rsidR="005065F8" w:rsidRPr="00A560FB" w:rsidRDefault="00000000">
            <w:pPr>
              <w:spacing w:after="20"/>
              <w:rPr>
                <w:rFonts w:ascii="Poppins" w:hAnsi="Poppins" w:cs="Poppins"/>
              </w:rPr>
            </w:pPr>
            <w:r w:rsidRPr="00A560FB">
              <w:rPr>
                <w:rFonts w:ascii="Poppins" w:hAnsi="Poppins" w:cs="Poppins"/>
                <w:b/>
                <w:color w:val="17365D"/>
                <w:sz w:val="18"/>
              </w:rPr>
              <w:t>Employment category</w:t>
            </w:r>
          </w:p>
        </w:tc>
        <w:tc>
          <w:tcPr>
            <w:tcW w:w="5040" w:type="dxa"/>
            <w:vAlign w:val="center"/>
          </w:tcPr>
          <w:p w14:paraId="10DF5396" w14:textId="77777777" w:rsidR="005065F8" w:rsidRPr="00A560FB" w:rsidRDefault="00000000">
            <w:pPr>
              <w:spacing w:after="20"/>
              <w:rPr>
                <w:rFonts w:ascii="Poppins" w:hAnsi="Poppins" w:cs="Poppins"/>
              </w:rPr>
            </w:pPr>
            <w:r w:rsidRPr="00A560FB">
              <w:rPr>
                <w:rFonts w:ascii="Poppins" w:hAnsi="Poppins" w:cs="Poppins"/>
                <w:sz w:val="18"/>
              </w:rPr>
              <w:t>[Insert after checking applicable legal category]</w:t>
            </w:r>
          </w:p>
        </w:tc>
      </w:tr>
      <w:tr w:rsidR="005065F8" w:rsidRPr="00A560FB" w14:paraId="633ED508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3B6C0998" w14:textId="77777777" w:rsidR="005065F8" w:rsidRPr="00A560FB" w:rsidRDefault="00000000">
            <w:pPr>
              <w:spacing w:after="20"/>
              <w:rPr>
                <w:rFonts w:ascii="Poppins" w:hAnsi="Poppins" w:cs="Poppins"/>
              </w:rPr>
            </w:pPr>
            <w:r w:rsidRPr="00A560FB">
              <w:rPr>
                <w:rFonts w:ascii="Poppins" w:hAnsi="Poppins" w:cs="Poppins"/>
                <w:b/>
                <w:color w:val="17365D"/>
                <w:sz w:val="18"/>
              </w:rPr>
              <w:t>Joining date</w:t>
            </w:r>
          </w:p>
        </w:tc>
        <w:tc>
          <w:tcPr>
            <w:tcW w:w="5040" w:type="dxa"/>
            <w:vAlign w:val="center"/>
          </w:tcPr>
          <w:p w14:paraId="3AB8EBE7" w14:textId="77777777" w:rsidR="005065F8" w:rsidRPr="00A560FB" w:rsidRDefault="00000000">
            <w:pPr>
              <w:spacing w:after="20"/>
              <w:rPr>
                <w:rFonts w:ascii="Poppins" w:hAnsi="Poppins" w:cs="Poppins"/>
              </w:rPr>
            </w:pPr>
            <w:r w:rsidRPr="00A560FB">
              <w:rPr>
                <w:rFonts w:ascii="Poppins" w:hAnsi="Poppins" w:cs="Poppins"/>
                <w:sz w:val="18"/>
              </w:rPr>
              <w:t>[DD Month YYYY]</w:t>
            </w:r>
          </w:p>
        </w:tc>
      </w:tr>
      <w:tr w:rsidR="005065F8" w:rsidRPr="00A560FB" w14:paraId="2C39C8E1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7C7F851F" w14:textId="77777777" w:rsidR="005065F8" w:rsidRPr="00A560FB" w:rsidRDefault="00000000">
            <w:pPr>
              <w:spacing w:after="20"/>
              <w:rPr>
                <w:rFonts w:ascii="Poppins" w:hAnsi="Poppins" w:cs="Poppins"/>
              </w:rPr>
            </w:pPr>
            <w:r w:rsidRPr="00A560FB">
              <w:rPr>
                <w:rFonts w:ascii="Poppins" w:hAnsi="Poppins" w:cs="Poppins"/>
                <w:b/>
                <w:color w:val="17365D"/>
                <w:sz w:val="18"/>
              </w:rPr>
              <w:t>Work location</w:t>
            </w:r>
          </w:p>
        </w:tc>
        <w:tc>
          <w:tcPr>
            <w:tcW w:w="5040" w:type="dxa"/>
            <w:vAlign w:val="center"/>
          </w:tcPr>
          <w:p w14:paraId="4322E1B6" w14:textId="77777777" w:rsidR="005065F8" w:rsidRPr="00A560FB" w:rsidRDefault="00000000">
            <w:pPr>
              <w:spacing w:after="20"/>
              <w:rPr>
                <w:rFonts w:ascii="Poppins" w:hAnsi="Poppins" w:cs="Poppins"/>
              </w:rPr>
            </w:pPr>
            <w:r w:rsidRPr="00A560FB">
              <w:rPr>
                <w:rFonts w:ascii="Poppins" w:hAnsi="Poppins" w:cs="Poppins"/>
                <w:sz w:val="18"/>
              </w:rPr>
              <w:t>[Office address / approved work arrangement]</w:t>
            </w:r>
          </w:p>
        </w:tc>
      </w:tr>
      <w:tr w:rsidR="005065F8" w:rsidRPr="00A560FB" w14:paraId="0DF8FE0C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3FDC1756" w14:textId="77777777" w:rsidR="005065F8" w:rsidRPr="00A560FB" w:rsidRDefault="00000000">
            <w:pPr>
              <w:spacing w:after="20"/>
              <w:rPr>
                <w:rFonts w:ascii="Poppins" w:hAnsi="Poppins" w:cs="Poppins"/>
              </w:rPr>
            </w:pPr>
            <w:r w:rsidRPr="00A560FB">
              <w:rPr>
                <w:rFonts w:ascii="Poppins" w:hAnsi="Poppins" w:cs="Poppins"/>
                <w:b/>
                <w:color w:val="17365D"/>
                <w:sz w:val="18"/>
              </w:rPr>
              <w:t>Reporting to</w:t>
            </w:r>
          </w:p>
        </w:tc>
        <w:tc>
          <w:tcPr>
            <w:tcW w:w="5040" w:type="dxa"/>
            <w:vAlign w:val="center"/>
          </w:tcPr>
          <w:p w14:paraId="79780F89" w14:textId="77777777" w:rsidR="005065F8" w:rsidRPr="00A560FB" w:rsidRDefault="00000000">
            <w:pPr>
              <w:spacing w:after="20"/>
              <w:rPr>
                <w:rFonts w:ascii="Poppins" w:hAnsi="Poppins" w:cs="Poppins"/>
              </w:rPr>
            </w:pPr>
            <w:r w:rsidRPr="00A560FB">
              <w:rPr>
                <w:rFonts w:ascii="Poppins" w:hAnsi="Poppins" w:cs="Poppins"/>
                <w:sz w:val="18"/>
              </w:rPr>
              <w:t>[Name / designation]</w:t>
            </w:r>
          </w:p>
        </w:tc>
      </w:tr>
      <w:tr w:rsidR="005065F8" w:rsidRPr="00A560FB" w14:paraId="2E9082C7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2436CED4" w14:textId="77777777" w:rsidR="005065F8" w:rsidRPr="00A560FB" w:rsidRDefault="00000000">
            <w:pPr>
              <w:spacing w:after="20"/>
              <w:rPr>
                <w:rFonts w:ascii="Poppins" w:hAnsi="Poppins" w:cs="Poppins"/>
              </w:rPr>
            </w:pPr>
            <w:r w:rsidRPr="00A560FB">
              <w:rPr>
                <w:rFonts w:ascii="Poppins" w:hAnsi="Poppins" w:cs="Poppins"/>
                <w:b/>
                <w:color w:val="17365D"/>
                <w:sz w:val="18"/>
              </w:rPr>
              <w:t>Gross remuneration</w:t>
            </w:r>
          </w:p>
        </w:tc>
        <w:tc>
          <w:tcPr>
            <w:tcW w:w="5040" w:type="dxa"/>
            <w:vAlign w:val="center"/>
          </w:tcPr>
          <w:p w14:paraId="65A964E5" w14:textId="77777777" w:rsidR="005065F8" w:rsidRPr="00A560FB" w:rsidRDefault="00000000">
            <w:pPr>
              <w:spacing w:after="20"/>
              <w:rPr>
                <w:rFonts w:ascii="Poppins" w:hAnsi="Poppins" w:cs="Poppins"/>
              </w:rPr>
            </w:pPr>
            <w:r w:rsidRPr="00A560FB">
              <w:rPr>
                <w:rFonts w:ascii="Poppins" w:hAnsi="Poppins" w:cs="Poppins"/>
                <w:sz w:val="18"/>
              </w:rPr>
              <w:t>BDT [Amount] and attach approved salary schedule if needed</w:t>
            </w:r>
          </w:p>
        </w:tc>
      </w:tr>
    </w:tbl>
    <w:p w14:paraId="78F5E11C" w14:textId="77777777" w:rsidR="005065F8" w:rsidRPr="00A560FB" w:rsidRDefault="005065F8">
      <w:pPr>
        <w:spacing w:after="0"/>
        <w:rPr>
          <w:rFonts w:ascii="Poppins" w:hAnsi="Poppins" w:cs="Poppins"/>
        </w:rPr>
      </w:pPr>
    </w:p>
    <w:p w14:paraId="0BC9E0B1" w14:textId="77777777" w:rsidR="005065F8" w:rsidRPr="00A560FB" w:rsidRDefault="00000000">
      <w:pPr>
        <w:pStyle w:val="Heading2"/>
        <w:rPr>
          <w:rFonts w:ascii="Poppins" w:hAnsi="Poppins" w:cs="Poppins"/>
        </w:rPr>
      </w:pPr>
      <w:r w:rsidRPr="00A560FB">
        <w:rPr>
          <w:rFonts w:ascii="Poppins" w:hAnsi="Poppins" w:cs="Poppins"/>
        </w:rPr>
        <w:t>Role-specific responsibilities and work arrangements</w:t>
      </w:r>
    </w:p>
    <w:p w14:paraId="5ABDA0F8" w14:textId="77777777" w:rsidR="005065F8" w:rsidRPr="00A560FB" w:rsidRDefault="00000000">
      <w:pPr>
        <w:pStyle w:val="ListBullet"/>
        <w:rPr>
          <w:rFonts w:ascii="Poppins" w:hAnsi="Poppins" w:cs="Poppins"/>
        </w:rPr>
      </w:pPr>
      <w:r w:rsidRPr="00A560FB">
        <w:rPr>
          <w:rFonts w:ascii="Poppins" w:hAnsi="Poppins" w:cs="Poppins"/>
        </w:rPr>
        <w:t>Perform the responsibilities in the job description attached to or referenced by this letter.</w:t>
      </w:r>
    </w:p>
    <w:p w14:paraId="37D52C8D" w14:textId="77777777" w:rsidR="005065F8" w:rsidRPr="00A560FB" w:rsidRDefault="00000000">
      <w:pPr>
        <w:pStyle w:val="ListBullet"/>
        <w:rPr>
          <w:rFonts w:ascii="Poppins" w:hAnsi="Poppins" w:cs="Poppins"/>
        </w:rPr>
      </w:pPr>
      <w:r w:rsidRPr="00A560FB">
        <w:rPr>
          <w:rFonts w:ascii="Poppins" w:hAnsi="Poppins" w:cs="Poppins"/>
        </w:rPr>
        <w:t>Report to [Manager/Designation] and follow reasonable, lawful instructions related to the role.</w:t>
      </w:r>
    </w:p>
    <w:p w14:paraId="081AEAA1" w14:textId="77777777" w:rsidR="005065F8" w:rsidRPr="00A560FB" w:rsidRDefault="00000000">
      <w:pPr>
        <w:pStyle w:val="ListBullet"/>
        <w:rPr>
          <w:rFonts w:ascii="Poppins" w:hAnsi="Poppins" w:cs="Poppins"/>
        </w:rPr>
      </w:pPr>
      <w:r w:rsidRPr="00A560FB">
        <w:rPr>
          <w:rFonts w:ascii="Poppins" w:hAnsi="Poppins" w:cs="Poppins"/>
        </w:rPr>
        <w:t>Maintain accurate business records and protect confidential company and customer information in accordance with applicable policies and law.</w:t>
      </w:r>
    </w:p>
    <w:p w14:paraId="0BA7C7F5" w14:textId="77777777" w:rsidR="005065F8" w:rsidRPr="00A560FB" w:rsidRDefault="00000000">
      <w:pPr>
        <w:pStyle w:val="ListBullet"/>
        <w:rPr>
          <w:rFonts w:ascii="Poppins" w:hAnsi="Poppins" w:cs="Poppins"/>
        </w:rPr>
      </w:pPr>
      <w:r w:rsidRPr="00A560FB">
        <w:rPr>
          <w:rFonts w:ascii="Poppins" w:hAnsi="Poppins" w:cs="Poppins"/>
        </w:rPr>
        <w:t>Follow information-security, data-protection, workplace conduct, and conflict-of-interest policies communicated by the company.</w:t>
      </w:r>
    </w:p>
    <w:p w14:paraId="3EAEAE96" w14:textId="77777777" w:rsidR="005065F8" w:rsidRPr="00A560FB" w:rsidRDefault="00000000">
      <w:pPr>
        <w:pStyle w:val="Heading2"/>
        <w:rPr>
          <w:rFonts w:ascii="Poppins" w:hAnsi="Poppins" w:cs="Poppins"/>
        </w:rPr>
      </w:pPr>
      <w:r w:rsidRPr="00A560FB">
        <w:rPr>
          <w:rFonts w:ascii="Poppins" w:hAnsi="Poppins" w:cs="Poppins"/>
        </w:rPr>
        <w:t>Employment terms</w:t>
      </w:r>
    </w:p>
    <w:p w14:paraId="4E6C8D41" w14:textId="77777777" w:rsidR="005065F8" w:rsidRPr="00A560FB" w:rsidRDefault="00000000">
      <w:pPr>
        <w:rPr>
          <w:rFonts w:ascii="Poppins" w:hAnsi="Poppins" w:cs="Poppins"/>
        </w:rPr>
      </w:pPr>
      <w:r w:rsidRPr="00A560FB">
        <w:rPr>
          <w:rFonts w:ascii="Poppins" w:hAnsi="Poppins" w:cs="Poppins"/>
        </w:rPr>
        <w:t>1. Compensation: The agreed remuneration is BDT [Amount] per [month/other period], comprising [basic salary] and [allowances/other components, if applicable]. Payment timing, benefits, and any lawful deductions will follow the written salary schedule and applicable law.</w:t>
      </w:r>
    </w:p>
    <w:p w14:paraId="3573CB82" w14:textId="77777777" w:rsidR="005065F8" w:rsidRPr="00A560FB" w:rsidRDefault="00000000">
      <w:pPr>
        <w:rPr>
          <w:rFonts w:ascii="Poppins" w:hAnsi="Poppins" w:cs="Poppins"/>
        </w:rPr>
      </w:pPr>
      <w:r w:rsidRPr="00A560FB">
        <w:rPr>
          <w:rFonts w:ascii="Poppins" w:hAnsi="Poppins" w:cs="Poppins"/>
        </w:rPr>
        <w:t>2. Working time and attendance: [Insert the actual working hours, roster/shift, attendance process, weekly rest days, and overtime arrangements where applicable.] These must comply with the legal requirements relevant to the employee's category.</w:t>
      </w:r>
    </w:p>
    <w:p w14:paraId="36530C59" w14:textId="77777777" w:rsidR="005065F8" w:rsidRPr="00A560FB" w:rsidRDefault="00000000">
      <w:pPr>
        <w:rPr>
          <w:rFonts w:ascii="Poppins" w:hAnsi="Poppins" w:cs="Poppins"/>
        </w:rPr>
      </w:pPr>
      <w:r w:rsidRPr="00A560FB">
        <w:rPr>
          <w:rFonts w:ascii="Poppins" w:hAnsi="Poppins" w:cs="Poppins"/>
        </w:rPr>
        <w:lastRenderedPageBreak/>
        <w:t>3. Leave and benefits: Leave, holidays, and benefits will be provided according to applicable law and valid company policies. Specify any role-specific eligibility and process: [Details].</w:t>
      </w:r>
    </w:p>
    <w:p w14:paraId="2B0D8F2B" w14:textId="77777777" w:rsidR="005065F8" w:rsidRPr="00A560FB" w:rsidRDefault="00000000">
      <w:pPr>
        <w:rPr>
          <w:rFonts w:ascii="Poppins" w:hAnsi="Poppins" w:cs="Poppins"/>
        </w:rPr>
      </w:pPr>
      <w:r w:rsidRPr="00A560FB">
        <w:rPr>
          <w:rFonts w:ascii="Poppins" w:hAnsi="Poppins" w:cs="Poppins"/>
        </w:rPr>
        <w:t>4. Work arrangement: Your normal work location is [office/location]. Remote or hybrid work, if approved, will follow the written company arrangement and may be subject to reasonable updates.</w:t>
      </w:r>
    </w:p>
    <w:p w14:paraId="423A407C" w14:textId="77777777" w:rsidR="005065F8" w:rsidRPr="00A560FB" w:rsidRDefault="00000000">
      <w:pPr>
        <w:rPr>
          <w:rFonts w:ascii="Poppins" w:hAnsi="Poppins" w:cs="Poppins"/>
        </w:rPr>
      </w:pPr>
      <w:r w:rsidRPr="00A560FB">
        <w:rPr>
          <w:rFonts w:ascii="Poppins" w:hAnsi="Poppins" w:cs="Poppins"/>
        </w:rPr>
        <w:t>5. Company systems and property: Company devices, accounts, records, and access credentials must be used and returned in accordance with the company's lawful policies.</w:t>
      </w:r>
    </w:p>
    <w:p w14:paraId="4FC8A30C" w14:textId="77777777" w:rsidR="005065F8" w:rsidRPr="00A560FB" w:rsidRDefault="00000000">
      <w:pPr>
        <w:rPr>
          <w:rFonts w:ascii="Poppins" w:hAnsi="Poppins" w:cs="Poppins"/>
        </w:rPr>
      </w:pPr>
      <w:r w:rsidRPr="00A560FB">
        <w:rPr>
          <w:rFonts w:ascii="Poppins" w:hAnsi="Poppins" w:cs="Poppins"/>
        </w:rPr>
        <w:t>6. Confidentiality and work product: Any confidentiality or work-product obligations must be described in the applicable approved policy or agreement and must comply with applicable law.</w:t>
      </w:r>
    </w:p>
    <w:p w14:paraId="5F23E092" w14:textId="77777777" w:rsidR="005065F8" w:rsidRPr="00A560FB" w:rsidRDefault="00000000">
      <w:pPr>
        <w:rPr>
          <w:rFonts w:ascii="Poppins" w:hAnsi="Poppins" w:cs="Poppins"/>
        </w:rPr>
      </w:pPr>
      <w:r w:rsidRPr="00A560FB">
        <w:rPr>
          <w:rFonts w:ascii="Poppins" w:hAnsi="Poppins" w:cs="Poppins"/>
        </w:rPr>
        <w:t>7. Notice and separation: Resignation, notice, termination, and separation will be handled under applicable law and valid terms for the employee's category. Insert only the reviewed clause: [Approved clause].</w:t>
      </w:r>
    </w:p>
    <w:p w14:paraId="7E6B1960" w14:textId="77777777" w:rsidR="005065F8" w:rsidRPr="00A560FB" w:rsidRDefault="00000000">
      <w:pPr>
        <w:rPr>
          <w:rFonts w:ascii="Poppins" w:hAnsi="Poppins" w:cs="Poppins"/>
        </w:rPr>
      </w:pPr>
      <w:r w:rsidRPr="00A560FB">
        <w:rPr>
          <w:rFonts w:ascii="Poppins" w:hAnsi="Poppins" w:cs="Poppins"/>
        </w:rPr>
        <w:t>8. Applicable rules and records: The employer and employee will follow applicable Bangladesh law and valid workplace policies. Any required statutory particulars or declarations must be added after review; the employer will maintain relevant employment records.</w:t>
      </w:r>
    </w:p>
    <w:p w14:paraId="6DB97DFF" w14:textId="77777777" w:rsidR="005065F8" w:rsidRPr="00A560FB" w:rsidRDefault="00000000">
      <w:pPr>
        <w:pStyle w:val="Heading2"/>
        <w:rPr>
          <w:rFonts w:ascii="Poppins" w:hAnsi="Poppins" w:cs="Poppins"/>
        </w:rPr>
      </w:pPr>
      <w:r w:rsidRPr="00A560FB">
        <w:rPr>
          <w:rFonts w:ascii="Poppins" w:hAnsi="Poppins" w:cs="Poppins"/>
        </w:rPr>
        <w:t>Acceptance</w:t>
      </w:r>
    </w:p>
    <w:p w14:paraId="00237EE0" w14:textId="77777777" w:rsidR="005065F8" w:rsidRPr="00A560FB" w:rsidRDefault="00000000">
      <w:pPr>
        <w:rPr>
          <w:rFonts w:ascii="Poppins" w:hAnsi="Poppins" w:cs="Poppins"/>
        </w:rPr>
      </w:pPr>
      <w:r w:rsidRPr="00A560FB">
        <w:rPr>
          <w:rFonts w:ascii="Poppins" w:hAnsi="Poppins" w:cs="Poppins"/>
        </w:rPr>
        <w:t>Please sign below to acknowledge receipt and acceptance of the final approved appointment terms.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5065F8" w:rsidRPr="00A560FB" w14:paraId="4110F1DC" w14:textId="77777777">
        <w:trPr>
          <w:jc w:val="center"/>
        </w:trPr>
        <w:tc>
          <w:tcPr>
            <w:tcW w:w="5040" w:type="dxa"/>
            <w:vAlign w:val="center"/>
          </w:tcPr>
          <w:p w14:paraId="6CC705C1" w14:textId="77777777" w:rsidR="005065F8" w:rsidRPr="00A560FB" w:rsidRDefault="00000000">
            <w:pPr>
              <w:spacing w:after="20"/>
              <w:rPr>
                <w:rFonts w:ascii="Poppins" w:hAnsi="Poppins" w:cs="Poppins"/>
              </w:rPr>
            </w:pPr>
            <w:r w:rsidRPr="00A560FB">
              <w:rPr>
                <w:rFonts w:ascii="Poppins" w:hAnsi="Poppins" w:cs="Poppins"/>
                <w:sz w:val="18"/>
              </w:rPr>
              <w:br/>
            </w:r>
            <w:r w:rsidRPr="00A560FB">
              <w:rPr>
                <w:rFonts w:ascii="Poppins" w:hAnsi="Poppins" w:cs="Poppins"/>
                <w:sz w:val="18"/>
              </w:rPr>
              <w:br/>
              <w:t>____________________________</w:t>
            </w:r>
          </w:p>
        </w:tc>
        <w:tc>
          <w:tcPr>
            <w:tcW w:w="5040" w:type="dxa"/>
            <w:vAlign w:val="center"/>
          </w:tcPr>
          <w:p w14:paraId="2A34A7AA" w14:textId="77777777" w:rsidR="005065F8" w:rsidRPr="00A560FB" w:rsidRDefault="00000000">
            <w:pPr>
              <w:spacing w:after="20"/>
              <w:rPr>
                <w:rFonts w:ascii="Poppins" w:hAnsi="Poppins" w:cs="Poppins"/>
              </w:rPr>
            </w:pPr>
            <w:r w:rsidRPr="00A560FB">
              <w:rPr>
                <w:rFonts w:ascii="Poppins" w:hAnsi="Poppins" w:cs="Poppins"/>
                <w:sz w:val="18"/>
              </w:rPr>
              <w:br/>
            </w:r>
            <w:r w:rsidRPr="00A560FB">
              <w:rPr>
                <w:rFonts w:ascii="Poppins" w:hAnsi="Poppins" w:cs="Poppins"/>
                <w:sz w:val="18"/>
              </w:rPr>
              <w:br/>
              <w:t>____________________________</w:t>
            </w:r>
          </w:p>
        </w:tc>
      </w:tr>
      <w:tr w:rsidR="005065F8" w:rsidRPr="00A560FB" w14:paraId="35D77A1E" w14:textId="77777777">
        <w:trPr>
          <w:jc w:val="center"/>
        </w:trPr>
        <w:tc>
          <w:tcPr>
            <w:tcW w:w="5040" w:type="dxa"/>
            <w:vAlign w:val="center"/>
          </w:tcPr>
          <w:p w14:paraId="421B5B3D" w14:textId="77777777" w:rsidR="005065F8" w:rsidRPr="00A560FB" w:rsidRDefault="00000000">
            <w:pPr>
              <w:spacing w:after="20"/>
              <w:rPr>
                <w:rFonts w:ascii="Poppins" w:hAnsi="Poppins" w:cs="Poppins"/>
              </w:rPr>
            </w:pPr>
            <w:r w:rsidRPr="00A560FB">
              <w:rPr>
                <w:rFonts w:ascii="Poppins" w:hAnsi="Poppins" w:cs="Poppins"/>
                <w:sz w:val="16"/>
              </w:rPr>
              <w:t>For the Employer</w:t>
            </w:r>
            <w:r w:rsidRPr="00A560FB">
              <w:rPr>
                <w:rFonts w:ascii="Poppins" w:hAnsi="Poppins" w:cs="Poppins"/>
                <w:sz w:val="16"/>
              </w:rPr>
              <w:br/>
              <w:t>Name: [Name]</w:t>
            </w:r>
            <w:r w:rsidRPr="00A560FB">
              <w:rPr>
                <w:rFonts w:ascii="Poppins" w:hAnsi="Poppins" w:cs="Poppins"/>
                <w:sz w:val="16"/>
              </w:rPr>
              <w:br/>
              <w:t>Designation: [Designation]</w:t>
            </w:r>
            <w:r w:rsidRPr="00A560FB">
              <w:rPr>
                <w:rFonts w:ascii="Poppins" w:hAnsi="Poppins" w:cs="Poppins"/>
                <w:sz w:val="16"/>
              </w:rPr>
              <w:br/>
              <w:t>Date: [Date]</w:t>
            </w:r>
          </w:p>
        </w:tc>
        <w:tc>
          <w:tcPr>
            <w:tcW w:w="5040" w:type="dxa"/>
            <w:vAlign w:val="center"/>
          </w:tcPr>
          <w:p w14:paraId="2E881697" w14:textId="77777777" w:rsidR="005065F8" w:rsidRPr="00A560FB" w:rsidRDefault="00000000">
            <w:pPr>
              <w:spacing w:after="20"/>
              <w:rPr>
                <w:rFonts w:ascii="Poppins" w:hAnsi="Poppins" w:cs="Poppins"/>
              </w:rPr>
            </w:pPr>
            <w:r w:rsidRPr="00A560FB">
              <w:rPr>
                <w:rFonts w:ascii="Poppins" w:hAnsi="Poppins" w:cs="Poppins"/>
                <w:sz w:val="16"/>
              </w:rPr>
              <w:t>Employee</w:t>
            </w:r>
            <w:r w:rsidRPr="00A560FB">
              <w:rPr>
                <w:rFonts w:ascii="Poppins" w:hAnsi="Poppins" w:cs="Poppins"/>
                <w:sz w:val="16"/>
              </w:rPr>
              <w:br/>
              <w:t>Name: [Employee name]</w:t>
            </w:r>
            <w:r w:rsidRPr="00A560FB">
              <w:rPr>
                <w:rFonts w:ascii="Poppins" w:hAnsi="Poppins" w:cs="Poppins"/>
                <w:sz w:val="16"/>
              </w:rPr>
              <w:br/>
              <w:t>Date: [Date]</w:t>
            </w:r>
          </w:p>
        </w:tc>
      </w:tr>
    </w:tbl>
    <w:p w14:paraId="2674B3E1" w14:textId="6A8CF7A8" w:rsidR="005065F8" w:rsidRPr="00A560FB" w:rsidRDefault="005065F8">
      <w:pPr>
        <w:spacing w:before="160"/>
        <w:rPr>
          <w:rFonts w:ascii="Poppins" w:hAnsi="Poppins" w:cs="Poppins"/>
        </w:rPr>
      </w:pPr>
    </w:p>
    <w:sectPr w:rsidR="005065F8" w:rsidRPr="00A560FB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7276879">
    <w:abstractNumId w:val="8"/>
  </w:num>
  <w:num w:numId="2" w16cid:durableId="1519854245">
    <w:abstractNumId w:val="6"/>
  </w:num>
  <w:num w:numId="3" w16cid:durableId="2043044504">
    <w:abstractNumId w:val="5"/>
  </w:num>
  <w:num w:numId="4" w16cid:durableId="1788498176">
    <w:abstractNumId w:val="4"/>
  </w:num>
  <w:num w:numId="5" w16cid:durableId="1397586496">
    <w:abstractNumId w:val="7"/>
  </w:num>
  <w:num w:numId="6" w16cid:durableId="1159886634">
    <w:abstractNumId w:val="3"/>
  </w:num>
  <w:num w:numId="7" w16cid:durableId="1713578417">
    <w:abstractNumId w:val="2"/>
  </w:num>
  <w:num w:numId="8" w16cid:durableId="1691756680">
    <w:abstractNumId w:val="1"/>
  </w:num>
  <w:num w:numId="9" w16cid:durableId="941499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65F8"/>
    <w:rsid w:val="009C3A21"/>
    <w:rsid w:val="00A560FB"/>
    <w:rsid w:val="00AA1D8D"/>
    <w:rsid w:val="00B47730"/>
    <w:rsid w:val="00CB0664"/>
    <w:rsid w:val="00DC67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0C6105"/>
  <w14:defaultImageDpi w14:val="300"/>
  <w15:docId w15:val="{709334CD-A499-4E35-9BC1-08C37DD83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222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365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hrms Software EasyKaj</dc:creator>
  <cp:keywords/>
  <dc:description>generated by python-docx</dc:description>
  <cp:lastModifiedBy>Hasibus Sakib</cp:lastModifiedBy>
  <cp:revision>3</cp:revision>
  <dcterms:created xsi:type="dcterms:W3CDTF">2013-12-23T23:15:00Z</dcterms:created>
  <dcterms:modified xsi:type="dcterms:W3CDTF">2026-10-26T05:39:00Z</dcterms:modified>
  <cp:category/>
</cp:coreProperties>
</file>