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B4BD" w14:textId="77777777" w:rsidR="008E13AE" w:rsidRPr="002C315A" w:rsidRDefault="00000000">
      <w:pPr>
        <w:spacing w:after="40"/>
        <w:jc w:val="center"/>
        <w:rPr>
          <w:rFonts w:ascii="Poppins" w:hAnsi="Poppins" w:cs="Poppins"/>
        </w:rPr>
      </w:pPr>
      <w:r w:rsidRPr="002C315A">
        <w:rPr>
          <w:rFonts w:ascii="Poppins" w:hAnsi="Poppins" w:cs="Poppins"/>
          <w:b/>
          <w:color w:val="1F4E79"/>
          <w:sz w:val="20"/>
        </w:rPr>
        <w:t>[COMPANY NAME / LOGO]</w:t>
      </w:r>
    </w:p>
    <w:p w14:paraId="61DCB537" w14:textId="77777777" w:rsidR="008E13AE" w:rsidRPr="002C315A" w:rsidRDefault="00000000">
      <w:pPr>
        <w:spacing w:after="20"/>
        <w:jc w:val="center"/>
        <w:rPr>
          <w:rFonts w:ascii="Poppins" w:hAnsi="Poppins" w:cs="Poppins"/>
        </w:rPr>
      </w:pPr>
      <w:r w:rsidRPr="002C315A">
        <w:rPr>
          <w:rFonts w:ascii="Poppins" w:hAnsi="Poppins" w:cs="Poppins"/>
          <w:b/>
          <w:color w:val="17365D"/>
          <w:sz w:val="34"/>
        </w:rPr>
        <w:t>APPOINTMENT LETTER — GARMENTS &amp; RMG</w:t>
      </w:r>
    </w:p>
    <w:p w14:paraId="42A0512D" w14:textId="77777777" w:rsidR="008E13AE" w:rsidRPr="002C315A" w:rsidRDefault="008E13AE">
      <w:pPr>
        <w:spacing w:after="0"/>
        <w:rPr>
          <w:rFonts w:ascii="Poppins" w:hAnsi="Poppins" w:cs="Poppins"/>
        </w:rPr>
      </w:pPr>
    </w:p>
    <w:p w14:paraId="1B5705A4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[Date]</w:t>
      </w:r>
    </w:p>
    <w:p w14:paraId="74801355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To,</w:t>
      </w:r>
      <w:r w:rsidRPr="002C315A">
        <w:rPr>
          <w:rFonts w:ascii="Poppins" w:hAnsi="Poppins" w:cs="Poppins"/>
        </w:rPr>
        <w:br/>
        <w:t>[Employee Full Name]</w:t>
      </w:r>
      <w:r w:rsidRPr="002C315A">
        <w:rPr>
          <w:rFonts w:ascii="Poppins" w:hAnsi="Poppins" w:cs="Poppins"/>
        </w:rPr>
        <w:br/>
        <w:t>[Present Address]</w:t>
      </w:r>
      <w:r w:rsidRPr="002C315A">
        <w:rPr>
          <w:rFonts w:ascii="Poppins" w:hAnsi="Poppins" w:cs="Poppins"/>
        </w:rPr>
        <w:br/>
        <w:t>[Permanent Address]</w:t>
      </w:r>
    </w:p>
    <w:p w14:paraId="70728AE7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  <w:b/>
        </w:rPr>
        <w:t>Subject: Appointment as [Designation]</w:t>
      </w:r>
    </w:p>
    <w:p w14:paraId="7547B6D4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Dear [Employee Name],</w:t>
      </w:r>
    </w:p>
    <w:p w14:paraId="5B3DC70B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We are pleased to appoint you as [Designation] at [Factory/Company Name], subject to the terms below, applicable service rules, and the law relevant to your role and worker category.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E13AE" w:rsidRPr="002C315A" w14:paraId="753F097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C09DDB7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518BA4D3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[Legal company name and address]</w:t>
            </w:r>
          </w:p>
        </w:tc>
      </w:tr>
      <w:tr w:rsidR="008E13AE" w:rsidRPr="002C315A" w14:paraId="121E21B2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0E5C149F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7D8FD653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[Full name as per official record]</w:t>
            </w:r>
          </w:p>
        </w:tc>
      </w:tr>
      <w:tr w:rsidR="008E13AE" w:rsidRPr="002C315A" w14:paraId="6D281CE4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8FF60BD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682EF98A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[Position / grade / department, e.g., Sewing Operator / Quality Inspector / Merchandiser]</w:t>
            </w:r>
          </w:p>
        </w:tc>
      </w:tr>
      <w:tr w:rsidR="008E13AE" w:rsidRPr="002C315A" w14:paraId="5FD02AD7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6E93709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2BF136CD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[Insert after checking applicable legal category]</w:t>
            </w:r>
          </w:p>
        </w:tc>
      </w:tr>
      <w:tr w:rsidR="008E13AE" w:rsidRPr="002C315A" w14:paraId="7C29CE5B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5008682D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6D9159AA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[DD Month YYYY]</w:t>
            </w:r>
          </w:p>
        </w:tc>
      </w:tr>
      <w:tr w:rsidR="008E13AE" w:rsidRPr="002C315A" w14:paraId="5D573E9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ADE8625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75CD3AD7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[Factory name, address, unit/line if relevant]</w:t>
            </w:r>
          </w:p>
        </w:tc>
      </w:tr>
      <w:tr w:rsidR="008E13AE" w:rsidRPr="002C315A" w14:paraId="39D1F18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70A1E9E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5A4590D4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[Name / designation]</w:t>
            </w:r>
          </w:p>
        </w:tc>
      </w:tr>
      <w:tr w:rsidR="008E13AE" w:rsidRPr="002C315A" w14:paraId="131E452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62C9493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b/>
                <w:color w:val="17365D"/>
                <w:sz w:val="18"/>
              </w:rPr>
              <w:t>Gross remuneration</w:t>
            </w:r>
          </w:p>
        </w:tc>
        <w:tc>
          <w:tcPr>
            <w:tcW w:w="5040" w:type="dxa"/>
            <w:vAlign w:val="center"/>
          </w:tcPr>
          <w:p w14:paraId="374CA9E3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t>BDT [Amount] and attach approved salary schedule if needed</w:t>
            </w:r>
          </w:p>
        </w:tc>
      </w:tr>
    </w:tbl>
    <w:p w14:paraId="0B50B5C7" w14:textId="77777777" w:rsidR="008E13AE" w:rsidRPr="002C315A" w:rsidRDefault="008E13AE">
      <w:pPr>
        <w:spacing w:after="0"/>
        <w:rPr>
          <w:rFonts w:ascii="Poppins" w:hAnsi="Poppins" w:cs="Poppins"/>
        </w:rPr>
      </w:pPr>
    </w:p>
    <w:p w14:paraId="325A5262" w14:textId="77777777" w:rsidR="008E13AE" w:rsidRPr="002C315A" w:rsidRDefault="00000000">
      <w:pPr>
        <w:pStyle w:val="Heading2"/>
        <w:rPr>
          <w:rFonts w:ascii="Poppins" w:hAnsi="Poppins" w:cs="Poppins"/>
        </w:rPr>
      </w:pPr>
      <w:r w:rsidRPr="002C315A">
        <w:rPr>
          <w:rFonts w:ascii="Poppins" w:hAnsi="Poppins" w:cs="Poppins"/>
        </w:rPr>
        <w:t>Role-specific responsibilities and work arrangements</w:t>
      </w:r>
    </w:p>
    <w:p w14:paraId="4E175131" w14:textId="77777777" w:rsidR="008E13AE" w:rsidRPr="002C315A" w:rsidRDefault="00000000">
      <w:pPr>
        <w:pStyle w:val="ListBullet"/>
        <w:rPr>
          <w:rFonts w:ascii="Poppins" w:hAnsi="Poppins" w:cs="Poppins"/>
        </w:rPr>
      </w:pPr>
      <w:r w:rsidRPr="002C315A">
        <w:rPr>
          <w:rFonts w:ascii="Poppins" w:hAnsi="Poppins" w:cs="Poppins"/>
        </w:rPr>
        <w:t>Carry out the duties of [role] in the assigned department/line and follow the approved work instructions relevant to the role.</w:t>
      </w:r>
    </w:p>
    <w:p w14:paraId="6F92AB9A" w14:textId="77777777" w:rsidR="008E13AE" w:rsidRPr="002C315A" w:rsidRDefault="00000000">
      <w:pPr>
        <w:pStyle w:val="ListBullet"/>
        <w:rPr>
          <w:rFonts w:ascii="Poppins" w:hAnsi="Poppins" w:cs="Poppins"/>
        </w:rPr>
      </w:pPr>
      <w:r w:rsidRPr="002C315A">
        <w:rPr>
          <w:rFonts w:ascii="Poppins" w:hAnsi="Poppins" w:cs="Poppins"/>
        </w:rPr>
        <w:t>Follow applicable factory safety, fire-safety, quality, hygiene, and workplace conduct procedures communicated by the employer.</w:t>
      </w:r>
    </w:p>
    <w:p w14:paraId="68CE14E0" w14:textId="77777777" w:rsidR="008E13AE" w:rsidRPr="002C315A" w:rsidRDefault="00000000">
      <w:pPr>
        <w:pStyle w:val="ListBullet"/>
        <w:rPr>
          <w:rFonts w:ascii="Poppins" w:hAnsi="Poppins" w:cs="Poppins"/>
        </w:rPr>
      </w:pPr>
      <w:r w:rsidRPr="002C315A">
        <w:rPr>
          <w:rFonts w:ascii="Poppins" w:hAnsi="Poppins" w:cs="Poppins"/>
        </w:rPr>
        <w:t>Use and care for assigned tools, equipment, materials, and company property; report hazards, incidents, and equipment problems promptly.</w:t>
      </w:r>
    </w:p>
    <w:p w14:paraId="4503BECD" w14:textId="77777777" w:rsidR="008E13AE" w:rsidRPr="002C315A" w:rsidRDefault="00000000">
      <w:pPr>
        <w:pStyle w:val="ListBullet"/>
        <w:rPr>
          <w:rFonts w:ascii="Poppins" w:hAnsi="Poppins" w:cs="Poppins"/>
        </w:rPr>
      </w:pPr>
      <w:r w:rsidRPr="002C315A">
        <w:rPr>
          <w:rFonts w:ascii="Poppins" w:hAnsi="Poppins" w:cs="Poppins"/>
        </w:rPr>
        <w:t>Follow the communicated attendance and shift roster, subject to applicable working-time, rest, and overtime rules.</w:t>
      </w:r>
    </w:p>
    <w:p w14:paraId="3BBB87C1" w14:textId="77777777" w:rsidR="008E13AE" w:rsidRPr="002C315A" w:rsidRDefault="00000000">
      <w:pPr>
        <w:pStyle w:val="Heading2"/>
        <w:rPr>
          <w:rFonts w:ascii="Poppins" w:hAnsi="Poppins" w:cs="Poppins"/>
        </w:rPr>
      </w:pPr>
      <w:r w:rsidRPr="002C315A">
        <w:rPr>
          <w:rFonts w:ascii="Poppins" w:hAnsi="Poppins" w:cs="Poppins"/>
        </w:rPr>
        <w:t>Employment terms</w:t>
      </w:r>
    </w:p>
    <w:p w14:paraId="2453C351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1. Compensation: The agreed remuneration is BDT [Amount] per [month/other period], comprising [basic salary] and [allowances/other components, if applicable]. Payment timing, benefits, and any lawful deductions will follow the written salary schedule and applicable law.</w:t>
      </w:r>
    </w:p>
    <w:p w14:paraId="3C78C9DA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2. Working time and attendance: [Insert the actual working hours, roster/shift, attendance process, weekly rest days, and overtime arrangements where applicable.] These must comply with the legal requirements relevant to the employee's category.</w:t>
      </w:r>
    </w:p>
    <w:p w14:paraId="00E4785B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lastRenderedPageBreak/>
        <w:t>3. Leave and benefits: Leave, holidays, and benefits will be provided according to applicable law and valid company policies. Specify any role-specific eligibility and process: [Details].</w:t>
      </w:r>
    </w:p>
    <w:p w14:paraId="57E9EB76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4. Factory and production arrangements: Your assigned department, line, shift, supervisor, and work location are [details]. Any change will be communicated and handled in accordance with applicable law.</w:t>
      </w:r>
    </w:p>
    <w:p w14:paraId="43FAF4BF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5. Attendance and overtime: Attendance will be recorded using [approved system/process]. Overtime must be authorized and recorded accurately, and paid or otherwise handled as required by applicable law. Do not insert a blanket waiver of statutory overtime rights.</w:t>
      </w:r>
    </w:p>
    <w:p w14:paraId="0D8C1164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6. Workplace safety and conduct: You must follow relevant safety training and instructions, use required protective equipment, and report unsafe conditions to [contact/person].</w:t>
      </w:r>
    </w:p>
    <w:p w14:paraId="5183E02D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7. Notice and separation: Resignation, notice, termination, and separation will be handled under applicable law and valid terms for the employee's category. Insert only the reviewed clause: [Approved clause].</w:t>
      </w:r>
    </w:p>
    <w:p w14:paraId="4B3BF6B0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8. Applicable rules and records: The employer and employee will follow applicable Bangladesh law and valid workplace policies. Any required statutory particulars or declarations must be added after review; the employer will maintain relevant employment records.</w:t>
      </w:r>
    </w:p>
    <w:p w14:paraId="56739DB2" w14:textId="77777777" w:rsidR="008E13AE" w:rsidRPr="002C315A" w:rsidRDefault="00000000">
      <w:pPr>
        <w:pStyle w:val="Heading2"/>
        <w:rPr>
          <w:rFonts w:ascii="Poppins" w:hAnsi="Poppins" w:cs="Poppins"/>
        </w:rPr>
      </w:pPr>
      <w:r w:rsidRPr="002C315A">
        <w:rPr>
          <w:rFonts w:ascii="Poppins" w:hAnsi="Poppins" w:cs="Poppins"/>
        </w:rPr>
        <w:t>Acceptance</w:t>
      </w:r>
    </w:p>
    <w:p w14:paraId="2C7594C0" w14:textId="77777777" w:rsidR="008E13AE" w:rsidRPr="002C315A" w:rsidRDefault="00000000">
      <w:pPr>
        <w:rPr>
          <w:rFonts w:ascii="Poppins" w:hAnsi="Poppins" w:cs="Poppins"/>
        </w:rPr>
      </w:pPr>
      <w:r w:rsidRPr="002C315A">
        <w:rPr>
          <w:rFonts w:ascii="Poppins" w:hAnsi="Poppins" w:cs="Poppins"/>
        </w:rPr>
        <w:t>Please sign below to acknowledge receipt and acceptance of the final approved appointment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E13AE" w:rsidRPr="002C315A" w14:paraId="46C6BF50" w14:textId="77777777">
        <w:trPr>
          <w:jc w:val="center"/>
        </w:trPr>
        <w:tc>
          <w:tcPr>
            <w:tcW w:w="5040" w:type="dxa"/>
            <w:vAlign w:val="center"/>
          </w:tcPr>
          <w:p w14:paraId="35D8507C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br/>
            </w:r>
            <w:r w:rsidRPr="002C315A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46946A81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8"/>
              </w:rPr>
              <w:br/>
            </w:r>
            <w:r w:rsidRPr="002C315A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</w:tr>
      <w:tr w:rsidR="008E13AE" w:rsidRPr="002C315A" w14:paraId="099866A9" w14:textId="77777777">
        <w:trPr>
          <w:jc w:val="center"/>
        </w:trPr>
        <w:tc>
          <w:tcPr>
            <w:tcW w:w="5040" w:type="dxa"/>
            <w:vAlign w:val="center"/>
          </w:tcPr>
          <w:p w14:paraId="51A641D8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6"/>
              </w:rPr>
              <w:t>For the Employer</w:t>
            </w:r>
            <w:r w:rsidRPr="002C315A">
              <w:rPr>
                <w:rFonts w:ascii="Poppins" w:hAnsi="Poppins" w:cs="Poppins"/>
                <w:sz w:val="16"/>
              </w:rPr>
              <w:br/>
              <w:t>Name: [Name]</w:t>
            </w:r>
            <w:r w:rsidRPr="002C315A">
              <w:rPr>
                <w:rFonts w:ascii="Poppins" w:hAnsi="Poppins" w:cs="Poppins"/>
                <w:sz w:val="16"/>
              </w:rPr>
              <w:br/>
              <w:t>Designation: [Designation]</w:t>
            </w:r>
            <w:r w:rsidRPr="002C315A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7238D6E1" w14:textId="77777777" w:rsidR="008E13AE" w:rsidRPr="002C315A" w:rsidRDefault="00000000">
            <w:pPr>
              <w:spacing w:after="20"/>
              <w:rPr>
                <w:rFonts w:ascii="Poppins" w:hAnsi="Poppins" w:cs="Poppins"/>
              </w:rPr>
            </w:pPr>
            <w:r w:rsidRPr="002C315A">
              <w:rPr>
                <w:rFonts w:ascii="Poppins" w:hAnsi="Poppins" w:cs="Poppins"/>
                <w:sz w:val="16"/>
              </w:rPr>
              <w:t>Employee</w:t>
            </w:r>
            <w:r w:rsidRPr="002C315A">
              <w:rPr>
                <w:rFonts w:ascii="Poppins" w:hAnsi="Poppins" w:cs="Poppins"/>
                <w:sz w:val="16"/>
              </w:rPr>
              <w:br/>
              <w:t>Name: [Employee name]</w:t>
            </w:r>
            <w:r w:rsidRPr="002C315A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</w:tr>
    </w:tbl>
    <w:p w14:paraId="36A70AAE" w14:textId="4ABBB437" w:rsidR="008E13AE" w:rsidRPr="002C315A" w:rsidRDefault="008E13AE" w:rsidP="00EB4F9D">
      <w:pPr>
        <w:spacing w:before="160"/>
        <w:rPr>
          <w:rFonts w:ascii="Poppins" w:hAnsi="Poppins" w:cs="Poppins"/>
        </w:rPr>
      </w:pPr>
    </w:p>
    <w:sectPr w:rsidR="008E13AE" w:rsidRPr="002C315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458091">
    <w:abstractNumId w:val="8"/>
  </w:num>
  <w:num w:numId="2" w16cid:durableId="1615601886">
    <w:abstractNumId w:val="6"/>
  </w:num>
  <w:num w:numId="3" w16cid:durableId="341471795">
    <w:abstractNumId w:val="5"/>
  </w:num>
  <w:num w:numId="4" w16cid:durableId="63336169">
    <w:abstractNumId w:val="4"/>
  </w:num>
  <w:num w:numId="5" w16cid:durableId="711030664">
    <w:abstractNumId w:val="7"/>
  </w:num>
  <w:num w:numId="6" w16cid:durableId="486284348">
    <w:abstractNumId w:val="3"/>
  </w:num>
  <w:num w:numId="7" w16cid:durableId="1967350571">
    <w:abstractNumId w:val="2"/>
  </w:num>
  <w:num w:numId="8" w16cid:durableId="1483690663">
    <w:abstractNumId w:val="1"/>
  </w:num>
  <w:num w:numId="9" w16cid:durableId="21640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315A"/>
    <w:rsid w:val="00326F90"/>
    <w:rsid w:val="00566CC3"/>
    <w:rsid w:val="00782D95"/>
    <w:rsid w:val="008E13AE"/>
    <w:rsid w:val="00AA1D8D"/>
    <w:rsid w:val="00B47730"/>
    <w:rsid w:val="00CB0664"/>
    <w:rsid w:val="00EB4F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FA792"/>
  <w14:defaultImageDpi w14:val="300"/>
  <w15:docId w15:val="{BFEF81D8-1E35-41E5-84D2-7F13ED9E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hrms Software EasyKaj;</dc:title>
  <dc:subject/>
  <dc:creator>python-docx</dc:creator>
  <cp:keywords/>
  <dc:description>generated by python-docx</dc:description>
  <cp:lastModifiedBy>Hasibus Sakib</cp:lastModifiedBy>
  <cp:revision>3</cp:revision>
  <dcterms:created xsi:type="dcterms:W3CDTF">2013-12-23T23:15:00Z</dcterms:created>
  <dcterms:modified xsi:type="dcterms:W3CDTF">2026-10-26T05:40:00Z</dcterms:modified>
  <cp:category/>
</cp:coreProperties>
</file>