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B8E8" w14:textId="77777777" w:rsidR="00E80B1F" w:rsidRDefault="00000000">
      <w:pPr>
        <w:spacing w:after="40"/>
        <w:jc w:val="center"/>
      </w:pPr>
      <w:r>
        <w:rPr>
          <w:b/>
          <w:color w:val="1F4E79"/>
          <w:sz w:val="20"/>
        </w:rPr>
        <w:t>[COMPANY NAME / LOGO]</w:t>
      </w:r>
    </w:p>
    <w:p w14:paraId="36B25E98" w14:textId="77777777" w:rsidR="00E80B1F" w:rsidRDefault="00000000">
      <w:pPr>
        <w:spacing w:after="20"/>
        <w:jc w:val="center"/>
      </w:pPr>
      <w:r>
        <w:rPr>
          <w:b/>
          <w:color w:val="17365D"/>
          <w:sz w:val="34"/>
        </w:rPr>
        <w:t>APPOINTMENT LETTER</w:t>
      </w:r>
    </w:p>
    <w:p w14:paraId="403B61D8" w14:textId="77777777" w:rsidR="00456474" w:rsidRDefault="00456474">
      <w:pPr>
        <w:rPr>
          <w:i/>
          <w:color w:val="666666"/>
          <w:sz w:val="18"/>
        </w:rPr>
      </w:pPr>
    </w:p>
    <w:p w14:paraId="583C83F9" w14:textId="79A81505" w:rsidR="00E80B1F" w:rsidRDefault="00000000">
      <w:r>
        <w:t>[Date]</w:t>
      </w:r>
    </w:p>
    <w:p w14:paraId="249FD946" w14:textId="77777777" w:rsidR="00E80B1F" w:rsidRDefault="00000000">
      <w:r>
        <w:t>To,</w:t>
      </w:r>
      <w:r>
        <w:br/>
        <w:t>[Employee Full Name]</w:t>
      </w:r>
      <w:r>
        <w:br/>
        <w:t>[Present Address]</w:t>
      </w:r>
      <w:r>
        <w:br/>
        <w:t>[Permanent Address]</w:t>
      </w:r>
    </w:p>
    <w:p w14:paraId="235F28E6" w14:textId="77777777" w:rsidR="00E80B1F" w:rsidRDefault="00000000">
      <w:r>
        <w:rPr>
          <w:b/>
        </w:rPr>
        <w:t>Subject: Appointment as [Designation]</w:t>
      </w:r>
    </w:p>
    <w:p w14:paraId="14B0CA90" w14:textId="77777777" w:rsidR="00E80B1F" w:rsidRDefault="00000000" w:rsidP="00456474">
      <w:pPr>
        <w:jc w:val="both"/>
      </w:pPr>
      <w:r>
        <w:t>Dear [Employee Name],</w:t>
      </w:r>
    </w:p>
    <w:p w14:paraId="5D57A2F8" w14:textId="77777777" w:rsidR="00E80B1F" w:rsidRDefault="00000000" w:rsidP="00456474">
      <w:pPr>
        <w:jc w:val="both"/>
      </w:pPr>
      <w:r>
        <w:t>We are pleased to appoint you as [Designation] at [Company Name], subject to the terms set out in this letter and any applicable lawful service rules. Please review the details carefully and contact [HR contact] if anything requires clarification.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E80B1F" w14:paraId="62E6DA1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0613E7D4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Employer / establishment</w:t>
            </w:r>
          </w:p>
        </w:tc>
        <w:tc>
          <w:tcPr>
            <w:tcW w:w="5040" w:type="dxa"/>
            <w:vAlign w:val="center"/>
          </w:tcPr>
          <w:p w14:paraId="44B15A6D" w14:textId="77777777" w:rsidR="00E80B1F" w:rsidRDefault="00000000">
            <w:pPr>
              <w:spacing w:after="20"/>
            </w:pPr>
            <w:r>
              <w:rPr>
                <w:sz w:val="18"/>
              </w:rPr>
              <w:t>[Legal company name and address]</w:t>
            </w:r>
          </w:p>
        </w:tc>
      </w:tr>
      <w:tr w:rsidR="00E80B1F" w14:paraId="70E86EEA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D49A408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Employee name</w:t>
            </w:r>
          </w:p>
        </w:tc>
        <w:tc>
          <w:tcPr>
            <w:tcW w:w="5040" w:type="dxa"/>
            <w:vAlign w:val="center"/>
          </w:tcPr>
          <w:p w14:paraId="1D26B487" w14:textId="77777777" w:rsidR="00E80B1F" w:rsidRDefault="00000000">
            <w:pPr>
              <w:spacing w:after="20"/>
            </w:pPr>
            <w:r>
              <w:rPr>
                <w:sz w:val="18"/>
              </w:rPr>
              <w:t>[Full name as per official record]</w:t>
            </w:r>
          </w:p>
        </w:tc>
      </w:tr>
      <w:tr w:rsidR="00E80B1F" w14:paraId="2CCB5CEB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FF3F8FA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Designation / department</w:t>
            </w:r>
          </w:p>
        </w:tc>
        <w:tc>
          <w:tcPr>
            <w:tcW w:w="5040" w:type="dxa"/>
            <w:vAlign w:val="center"/>
          </w:tcPr>
          <w:p w14:paraId="6DA34CEF" w14:textId="77777777" w:rsidR="00E80B1F" w:rsidRDefault="00000000">
            <w:pPr>
              <w:spacing w:after="20"/>
            </w:pPr>
            <w:r>
              <w:rPr>
                <w:sz w:val="18"/>
              </w:rPr>
              <w:t>[Designation] / [Department]</w:t>
            </w:r>
          </w:p>
        </w:tc>
      </w:tr>
      <w:tr w:rsidR="00E80B1F" w14:paraId="0F017925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0B87306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Employment category</w:t>
            </w:r>
          </w:p>
        </w:tc>
        <w:tc>
          <w:tcPr>
            <w:tcW w:w="5040" w:type="dxa"/>
            <w:vAlign w:val="center"/>
          </w:tcPr>
          <w:p w14:paraId="0F2163E1" w14:textId="77777777" w:rsidR="00E80B1F" w:rsidRDefault="00000000">
            <w:pPr>
              <w:spacing w:after="20"/>
            </w:pPr>
            <w:r>
              <w:rPr>
                <w:sz w:val="18"/>
              </w:rPr>
              <w:t>[Insert applicable category after review]</w:t>
            </w:r>
          </w:p>
        </w:tc>
      </w:tr>
      <w:tr w:rsidR="00E80B1F" w14:paraId="2E7BFCB9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6914214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Joining date</w:t>
            </w:r>
          </w:p>
        </w:tc>
        <w:tc>
          <w:tcPr>
            <w:tcW w:w="5040" w:type="dxa"/>
            <w:vAlign w:val="center"/>
          </w:tcPr>
          <w:p w14:paraId="4DA0D79A" w14:textId="77777777" w:rsidR="00E80B1F" w:rsidRDefault="00000000">
            <w:pPr>
              <w:spacing w:after="20"/>
            </w:pPr>
            <w:r>
              <w:rPr>
                <w:sz w:val="18"/>
              </w:rPr>
              <w:t>[DD Month YYYY]</w:t>
            </w:r>
          </w:p>
        </w:tc>
      </w:tr>
      <w:tr w:rsidR="00E80B1F" w14:paraId="3C22FEE2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659B0D83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Work location</w:t>
            </w:r>
          </w:p>
        </w:tc>
        <w:tc>
          <w:tcPr>
            <w:tcW w:w="5040" w:type="dxa"/>
            <w:vAlign w:val="center"/>
          </w:tcPr>
          <w:p w14:paraId="08623F4C" w14:textId="77777777" w:rsidR="00E80B1F" w:rsidRDefault="00000000">
            <w:pPr>
              <w:spacing w:after="20"/>
            </w:pPr>
            <w:r>
              <w:rPr>
                <w:sz w:val="18"/>
              </w:rPr>
              <w:t>[Office / site / location]</w:t>
            </w:r>
          </w:p>
        </w:tc>
      </w:tr>
      <w:tr w:rsidR="00E80B1F" w14:paraId="51735B02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598E764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Gross monthly remuneration</w:t>
            </w:r>
          </w:p>
        </w:tc>
        <w:tc>
          <w:tcPr>
            <w:tcW w:w="5040" w:type="dxa"/>
            <w:vAlign w:val="center"/>
          </w:tcPr>
          <w:p w14:paraId="75F19F26" w14:textId="77777777" w:rsidR="00E80B1F" w:rsidRDefault="00000000">
            <w:pPr>
              <w:spacing w:after="20"/>
            </w:pPr>
            <w:r>
              <w:rPr>
                <w:sz w:val="18"/>
              </w:rPr>
              <w:t>BDT [Amount]</w:t>
            </w:r>
          </w:p>
        </w:tc>
      </w:tr>
      <w:tr w:rsidR="00E80B1F" w14:paraId="310D5E4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51772C46" w14:textId="77777777" w:rsidR="00E80B1F" w:rsidRDefault="00000000">
            <w:pPr>
              <w:spacing w:after="20"/>
            </w:pPr>
            <w:r>
              <w:rPr>
                <w:b/>
                <w:color w:val="17365D"/>
                <w:sz w:val="18"/>
              </w:rPr>
              <w:t>Reporting to</w:t>
            </w:r>
          </w:p>
        </w:tc>
        <w:tc>
          <w:tcPr>
            <w:tcW w:w="5040" w:type="dxa"/>
            <w:vAlign w:val="center"/>
          </w:tcPr>
          <w:p w14:paraId="63EA5D62" w14:textId="77777777" w:rsidR="00E80B1F" w:rsidRDefault="00000000">
            <w:pPr>
              <w:spacing w:after="20"/>
            </w:pPr>
            <w:r>
              <w:rPr>
                <w:sz w:val="18"/>
              </w:rPr>
              <w:t>[Name / designation]</w:t>
            </w:r>
          </w:p>
        </w:tc>
      </w:tr>
    </w:tbl>
    <w:p w14:paraId="75EC0F51" w14:textId="77777777" w:rsidR="00E80B1F" w:rsidRDefault="00000000">
      <w:pPr>
        <w:pStyle w:val="Heading2"/>
      </w:pPr>
      <w:r>
        <w:t>Employment Terms</w:t>
      </w:r>
    </w:p>
    <w:p w14:paraId="7C149FD7" w14:textId="3792B132" w:rsidR="00E80B1F" w:rsidRDefault="00000000" w:rsidP="00456474">
      <w:pPr>
        <w:jc w:val="both"/>
      </w:pPr>
      <w:r w:rsidRPr="00456474">
        <w:rPr>
          <w:b/>
          <w:bCs/>
        </w:rPr>
        <w:t>1.</w:t>
      </w:r>
      <w:r w:rsidR="00456474">
        <w:rPr>
          <w:b/>
          <w:bCs/>
        </w:rPr>
        <w:t xml:space="preserve"> </w:t>
      </w:r>
      <w:r w:rsidRPr="00456474">
        <w:rPr>
          <w:b/>
          <w:bCs/>
        </w:rPr>
        <w:t>Position and duties:</w:t>
      </w:r>
      <w:r>
        <w:t xml:space="preserve"> You will serve as [Designation] in the [Department] and report to [Reporting manager/designation]. Your duties will include [brief duties] and other reasonable duties related to the role.</w:t>
      </w:r>
    </w:p>
    <w:p w14:paraId="3E450067" w14:textId="77777777" w:rsidR="00E80B1F" w:rsidRDefault="00000000" w:rsidP="00456474">
      <w:pPr>
        <w:jc w:val="both"/>
      </w:pPr>
      <w:r w:rsidRPr="00456474">
        <w:rPr>
          <w:b/>
          <w:bCs/>
        </w:rPr>
        <w:t>2. Joining and work location:</w:t>
      </w:r>
      <w:r>
        <w:t xml:space="preserve"> Your joining date is [DD Month YYYY]. Your primary work location is [Location]. Working hours, weekly rest days, and shift arrangements will be as communicated in writing and in accordance with applicable law.</w:t>
      </w:r>
    </w:p>
    <w:p w14:paraId="782D4EA6" w14:textId="77777777" w:rsidR="00E80B1F" w:rsidRDefault="00000000" w:rsidP="00456474">
      <w:pPr>
        <w:jc w:val="both"/>
      </w:pPr>
      <w:r w:rsidRPr="00456474">
        <w:rPr>
          <w:b/>
          <w:bCs/>
        </w:rPr>
        <w:t>3. Compensation:</w:t>
      </w:r>
      <w:r>
        <w:t xml:space="preserve"> Your gross monthly remuneration is BDT [Amount], comprising [Basic salary] and [allowances/other components]. Applicable deductions, benefits, and payment arrangements will be handled in accordance with the written compensation schedule, company policy, and applicable law.</w:t>
      </w:r>
    </w:p>
    <w:p w14:paraId="7D2F3155" w14:textId="77777777" w:rsidR="00E80B1F" w:rsidRDefault="00000000" w:rsidP="00456474">
      <w:pPr>
        <w:jc w:val="both"/>
      </w:pPr>
      <w:r w:rsidRPr="00456474">
        <w:rPr>
          <w:b/>
          <w:bCs/>
        </w:rPr>
        <w:t>4. Leave and benefits:</w:t>
      </w:r>
      <w:r>
        <w:t xml:space="preserve"> Leave, holidays, and other benefits will be provided in accordance with applicable law and the employer's applicable policies. Specific benefits, eligibility, and procedures: [Details / policy reference].</w:t>
      </w:r>
    </w:p>
    <w:p w14:paraId="168493F9" w14:textId="77777777" w:rsidR="00E80B1F" w:rsidRDefault="00000000" w:rsidP="00456474">
      <w:pPr>
        <w:jc w:val="both"/>
      </w:pPr>
      <w:r w:rsidRPr="00456474">
        <w:rPr>
          <w:b/>
          <w:bCs/>
        </w:rPr>
        <w:t>5. Policies and conduct:</w:t>
      </w:r>
      <w:r>
        <w:t xml:space="preserve"> You must follow applicable lawful workplace policies, safety requirements, and confidentiality obligations communicated to you.</w:t>
      </w:r>
    </w:p>
    <w:p w14:paraId="772D884D" w14:textId="77777777" w:rsidR="00E80B1F" w:rsidRDefault="00000000" w:rsidP="00456474">
      <w:pPr>
        <w:jc w:val="both"/>
      </w:pPr>
      <w:r w:rsidRPr="00456474">
        <w:rPr>
          <w:b/>
          <w:bCs/>
        </w:rPr>
        <w:t>6. Notice and separation:</w:t>
      </w:r>
      <w:r>
        <w:t xml:space="preserve"> Notice, resignation, termination, and other separation matters will be governed by applicable law and the valid terms that apply to your employment category. Insert reviewed provisions here: [Approved clause].</w:t>
      </w:r>
    </w:p>
    <w:p w14:paraId="28D2F1CD" w14:textId="77777777" w:rsidR="00E80B1F" w:rsidRDefault="00000000" w:rsidP="00456474">
      <w:pPr>
        <w:jc w:val="both"/>
      </w:pPr>
      <w:r w:rsidRPr="00456474">
        <w:rPr>
          <w:b/>
          <w:bCs/>
        </w:rPr>
        <w:t>7. Documents and records:</w:t>
      </w:r>
      <w:r>
        <w:t xml:space="preserve"> Please provide accurate joining documents and notify HR of changes to your contact or personal details. The employer will handle employee records in accordance with applicable requirements.</w:t>
      </w:r>
    </w:p>
    <w:p w14:paraId="3F931AD1" w14:textId="77777777" w:rsidR="00E80B1F" w:rsidRDefault="00000000" w:rsidP="00456474">
      <w:pPr>
        <w:jc w:val="both"/>
      </w:pPr>
      <w:r w:rsidRPr="00456474">
        <w:rPr>
          <w:b/>
          <w:bCs/>
        </w:rPr>
        <w:t>8. Applicable rules:</w:t>
      </w:r>
      <w:r>
        <w:t xml:space="preserve"> The employment relationship is subject to applicable Bangladesh law and valid service rules/policies applicable to this role. Any required statutory particulars or statements should be inserted after legal review.</w:t>
      </w:r>
    </w:p>
    <w:p w14:paraId="0978997F" w14:textId="77777777" w:rsidR="00E80B1F" w:rsidRDefault="00000000">
      <w:pPr>
        <w:pStyle w:val="Heading2"/>
      </w:pPr>
      <w:r>
        <w:t>Acceptance</w:t>
      </w:r>
    </w:p>
    <w:p w14:paraId="72A5613E" w14:textId="77777777" w:rsidR="00E80B1F" w:rsidRDefault="00000000" w:rsidP="00456474">
      <w:pPr>
        <w:jc w:val="both"/>
      </w:pPr>
      <w:r>
        <w:t>Please sign below to acknowledge receipt and acceptance of this appointment letter, subject to applicable law and the final approved employment terms.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E80B1F" w14:paraId="63F703AE" w14:textId="77777777">
        <w:trPr>
          <w:jc w:val="center"/>
        </w:trPr>
        <w:tc>
          <w:tcPr>
            <w:tcW w:w="5040" w:type="dxa"/>
            <w:vAlign w:val="center"/>
          </w:tcPr>
          <w:p w14:paraId="4D908BFF" w14:textId="08F6328A" w:rsidR="00E80B1F" w:rsidRDefault="00456474">
            <w:pPr>
              <w:spacing w:after="20"/>
            </w:pPr>
            <w:r>
              <w:rPr>
                <w:sz w:val="18"/>
              </w:rPr>
              <w:t>____________________________</w:t>
            </w:r>
            <w:r w:rsidR="00000000">
              <w:rPr>
                <w:sz w:val="18"/>
              </w:rPr>
              <w:br/>
            </w:r>
          </w:p>
        </w:tc>
        <w:tc>
          <w:tcPr>
            <w:tcW w:w="5040" w:type="dxa"/>
            <w:vAlign w:val="center"/>
          </w:tcPr>
          <w:p w14:paraId="3D5794DF" w14:textId="77777777" w:rsidR="00E80B1F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____________________________</w:t>
            </w:r>
          </w:p>
        </w:tc>
      </w:tr>
      <w:tr w:rsidR="00E80B1F" w14:paraId="690719DD" w14:textId="77777777">
        <w:trPr>
          <w:jc w:val="center"/>
        </w:trPr>
        <w:tc>
          <w:tcPr>
            <w:tcW w:w="5040" w:type="dxa"/>
            <w:vAlign w:val="center"/>
          </w:tcPr>
          <w:p w14:paraId="16550DCB" w14:textId="77777777" w:rsidR="00E80B1F" w:rsidRDefault="00000000">
            <w:pPr>
              <w:spacing w:after="20"/>
            </w:pPr>
            <w:r>
              <w:rPr>
                <w:sz w:val="16"/>
              </w:rPr>
              <w:lastRenderedPageBreak/>
              <w:t>For the Employer</w:t>
            </w:r>
            <w:r>
              <w:rPr>
                <w:sz w:val="16"/>
              </w:rPr>
              <w:br/>
              <w:t>Name: [Name]</w:t>
            </w:r>
            <w:r>
              <w:rPr>
                <w:sz w:val="16"/>
              </w:rPr>
              <w:br/>
              <w:t>Designation: [Designation]</w:t>
            </w:r>
            <w:r>
              <w:rPr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57FEE795" w14:textId="77777777" w:rsidR="00E80B1F" w:rsidRDefault="00000000">
            <w:pPr>
              <w:spacing w:after="20"/>
            </w:pPr>
            <w:r>
              <w:rPr>
                <w:sz w:val="16"/>
              </w:rPr>
              <w:t>Employee</w:t>
            </w:r>
            <w:r>
              <w:rPr>
                <w:sz w:val="16"/>
              </w:rPr>
              <w:br/>
              <w:t>Name: [Employee name]</w:t>
            </w:r>
            <w:r>
              <w:rPr>
                <w:sz w:val="16"/>
              </w:rPr>
              <w:br/>
              <w:t>Date: [Date]</w:t>
            </w:r>
          </w:p>
        </w:tc>
      </w:tr>
    </w:tbl>
    <w:p w14:paraId="50783237" w14:textId="3AAA9E43" w:rsidR="00E80B1F" w:rsidRDefault="00E80B1F">
      <w:pPr>
        <w:spacing w:before="160"/>
      </w:pPr>
    </w:p>
    <w:sectPr w:rsidR="00E80B1F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988290">
    <w:abstractNumId w:val="8"/>
  </w:num>
  <w:num w:numId="2" w16cid:durableId="1630742082">
    <w:abstractNumId w:val="6"/>
  </w:num>
  <w:num w:numId="3" w16cid:durableId="1694069100">
    <w:abstractNumId w:val="5"/>
  </w:num>
  <w:num w:numId="4" w16cid:durableId="693075880">
    <w:abstractNumId w:val="4"/>
  </w:num>
  <w:num w:numId="5" w16cid:durableId="929895008">
    <w:abstractNumId w:val="7"/>
  </w:num>
  <w:num w:numId="6" w16cid:durableId="102002569">
    <w:abstractNumId w:val="3"/>
  </w:num>
  <w:num w:numId="7" w16cid:durableId="1972901324">
    <w:abstractNumId w:val="2"/>
  </w:num>
  <w:num w:numId="8" w16cid:durableId="1505242319">
    <w:abstractNumId w:val="1"/>
  </w:num>
  <w:num w:numId="9" w16cid:durableId="101715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6474"/>
    <w:rsid w:val="00AA1D8D"/>
    <w:rsid w:val="00B47730"/>
    <w:rsid w:val="00CB0664"/>
    <w:rsid w:val="00E7747B"/>
    <w:rsid w:val="00E80B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F557A"/>
  <w14:defaultImageDpi w14:val="300"/>
  <w15:docId w15:val="{B178454C-0078-4EBE-A9F3-B463A055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 English</dc:title>
  <dc:subject/>
  <dc:creator>hrms Software EasyKaj</dc:creator>
  <cp:keywords/>
  <dc:description>generated by python-docx</dc:description>
  <cp:lastModifiedBy>Hasibus Sakib</cp:lastModifiedBy>
  <cp:revision>2</cp:revision>
  <dcterms:created xsi:type="dcterms:W3CDTF">2013-12-23T23:15:00Z</dcterms:created>
  <dcterms:modified xsi:type="dcterms:W3CDTF">2026-10-26T05:30:00Z</dcterms:modified>
  <cp:category/>
</cp:coreProperties>
</file>