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4D3725" w14:paraId="3EE3CC04" w14:textId="77777777">
      <w:pPr>
        <w:spacing w:before="0" w:after="20"/>
        <w:jc w:val="center"/>
      </w:pPr>
      <w:r>
        <w:rPr>
          <w:b/>
          <w:sz w:val="30"/>
        </w:rPr>
        <w:t>GLOBAL BUSINESS SOLUTIONS LTD.</w:t>
      </w:r>
    </w:p>
    <w:p w:rsidR="004D3725" w14:paraId="441694E9" w14:textId="77777777">
      <w:pPr>
        <w:spacing w:after="20"/>
        <w:jc w:val="center"/>
      </w:pPr>
      <w:r>
        <w:rPr>
          <w:sz w:val="19"/>
        </w:rPr>
        <w:t>Gulshan Avenue, Dhaka-1212, Bangladesh</w:t>
      </w:r>
    </w:p>
    <w:p w:rsidR="004D3725" w14:paraId="315B9838" w14:textId="77777777">
      <w:pPr>
        <w:spacing w:after="140"/>
        <w:jc w:val="center"/>
      </w:pPr>
      <w:r>
        <w:rPr>
          <w:sz w:val="18"/>
        </w:rPr>
        <w:t>Email: hr@example.com  |  Phone: +880 2-XXXXXXX</w:t>
      </w:r>
    </w:p>
    <w:p w:rsidR="004D3725" w14:paraId="21EB7390" w14:textId="77777777">
      <w:pPr>
        <w:spacing w:after="120"/>
      </w:pPr>
      <w:r>
        <w:rPr>
          <w:sz w:val="12"/>
        </w:rPr>
        <w:t>______________________________________________________________________________________________________________</w:t>
      </w:r>
    </w:p>
    <w:tbl>
      <w:tblPr>
        <w:tblW w:w="0" w:type="auto"/>
        <w:jc w:val="center"/>
        <w:tblLook w:val="04A0"/>
      </w:tblPr>
      <w:tblGrid>
        <w:gridCol w:w="5112"/>
        <w:gridCol w:w="5112"/>
      </w:tblGrid>
      <w:tr w14:paraId="1D694B6C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60BD1F45" w14:textId="77777777">
            <w:pPr>
              <w:spacing w:after="0"/>
            </w:pPr>
            <w:r>
              <w:rPr>
                <w:sz w:val="19"/>
              </w:rPr>
              <w:t>Date of Issue: 5 September 2026</w:t>
            </w:r>
          </w:p>
        </w:tc>
        <w:tc>
          <w:tcPr>
            <w:tcW w:w="5112" w:type="dxa"/>
            <w:vAlign w:val="center"/>
          </w:tcPr>
          <w:p w:rsidR="004D3725" w14:paraId="5265909A" w14:textId="77777777">
            <w:pPr>
              <w:spacing w:after="0"/>
              <w:jc w:val="right"/>
            </w:pPr>
            <w:r>
              <w:rPr>
                <w:sz w:val="19"/>
              </w:rPr>
              <w:t>Certificate No.: GBS/HR/SC/2026/117</w:t>
            </w:r>
          </w:p>
        </w:tc>
      </w:tr>
    </w:tbl>
    <w:p w:rsidR="004D3725" w14:paraId="6B7F4227" w14:textId="77777777">
      <w:pPr>
        <w:spacing w:before="140" w:after="100"/>
        <w:jc w:val="center"/>
      </w:pPr>
      <w:r>
        <w:rPr>
          <w:b/>
          <w:sz w:val="25"/>
        </w:rPr>
        <w:t>SALARY CERTIFICATE</w:t>
      </w:r>
    </w:p>
    <w:p w:rsidR="004D3725" w14:paraId="0C19BCCB" w14:textId="77777777">
      <w:pPr>
        <w:spacing w:after="140"/>
        <w:jc w:val="center"/>
      </w:pPr>
      <w:r>
        <w:rPr>
          <w:b/>
        </w:rPr>
        <w:t>TO WHOM IT MAY CONCERN</w:t>
      </w:r>
    </w:p>
    <w:p w:rsidR="004D3725" w14:paraId="526C7D81" w14:textId="77777777">
      <w:pPr>
        <w:spacing w:after="120" w:line="259" w:lineRule="auto"/>
      </w:pPr>
      <w:r>
        <w:t>This is to certify that Mr. Tanvir Ahmed, Passport No. [Passport Number], Employee ID GBS-1542, is employed with Global Business Solutions Ltd. as a Marketing Manager in the Marketing Department.</w:t>
      </w:r>
    </w:p>
    <w:p w:rsidR="004D3725" w14:paraId="27179BD3" w14:textId="77777777">
      <w:pPr>
        <w:spacing w:after="120" w:line="259" w:lineRule="auto"/>
      </w:pPr>
      <w:r>
        <w:t>He joined our organization on 1 June 2020 and is currently employed on a permanent full-time basis.</w:t>
      </w:r>
    </w:p>
    <w:tbl>
      <w:tblPr>
        <w:tblStyle w:val="TableGrid"/>
        <w:tblW w:w="0" w:type="auto"/>
        <w:jc w:val="center"/>
        <w:tblLook w:val="04A0"/>
      </w:tblPr>
      <w:tblGrid>
        <w:gridCol w:w="5112"/>
        <w:gridCol w:w="5112"/>
      </w:tblGrid>
      <w:tr w14:paraId="36E90D45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shd w:val="clear" w:color="auto" w:fill="EDEDED"/>
            <w:vAlign w:val="center"/>
          </w:tcPr>
          <w:p w:rsidR="004D3725" w14:paraId="4FC1BEF3" w14:textId="77777777">
            <w:r>
              <w:rPr>
                <w:b/>
                <w:sz w:val="19"/>
              </w:rPr>
              <w:t>Salary Component</w:t>
            </w:r>
          </w:p>
        </w:tc>
        <w:tc>
          <w:tcPr>
            <w:tcW w:w="5112" w:type="dxa"/>
            <w:shd w:val="clear" w:color="auto" w:fill="EDEDED"/>
            <w:vAlign w:val="center"/>
          </w:tcPr>
          <w:p w:rsidR="004D3725" w14:paraId="56C74D30" w14:textId="77777777">
            <w:r>
              <w:rPr>
                <w:b/>
                <w:sz w:val="19"/>
              </w:rPr>
              <w:t>Monthly Amount (BDT)</w:t>
            </w:r>
          </w:p>
        </w:tc>
      </w:tr>
      <w:tr w14:paraId="5A5C6151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25AED9F3" w14:textId="77777777">
            <w:r>
              <w:rPr>
                <w:sz w:val="19"/>
              </w:rPr>
              <w:t>Basic Salary</w:t>
            </w:r>
          </w:p>
        </w:tc>
        <w:tc>
          <w:tcPr>
            <w:tcW w:w="5112" w:type="dxa"/>
            <w:vAlign w:val="center"/>
          </w:tcPr>
          <w:p w:rsidR="004D3725" w14:paraId="3FEBF680" w14:textId="77777777">
            <w:pPr>
              <w:jc w:val="right"/>
            </w:pPr>
            <w:r>
              <w:rPr>
                <w:sz w:val="19"/>
              </w:rPr>
              <w:t>60,000</w:t>
            </w:r>
          </w:p>
        </w:tc>
      </w:tr>
      <w:tr w14:paraId="5AAB35B6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250E51F2" w14:textId="77777777">
            <w:r>
              <w:rPr>
                <w:sz w:val="19"/>
              </w:rPr>
              <w:t>House Rent Allowance</w:t>
            </w:r>
          </w:p>
        </w:tc>
        <w:tc>
          <w:tcPr>
            <w:tcW w:w="5112" w:type="dxa"/>
            <w:vAlign w:val="center"/>
          </w:tcPr>
          <w:p w:rsidR="004D3725" w14:paraId="316A6B82" w14:textId="77777777">
            <w:pPr>
              <w:jc w:val="right"/>
            </w:pPr>
            <w:r>
              <w:rPr>
                <w:sz w:val="19"/>
              </w:rPr>
              <w:t>30,000</w:t>
            </w:r>
          </w:p>
        </w:tc>
      </w:tr>
      <w:tr w14:paraId="5AC46C77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5387F00" w14:textId="77777777">
            <w:r>
              <w:rPr>
                <w:sz w:val="19"/>
              </w:rPr>
              <w:t>Medical Allowance</w:t>
            </w:r>
          </w:p>
        </w:tc>
        <w:tc>
          <w:tcPr>
            <w:tcW w:w="5112" w:type="dxa"/>
            <w:vAlign w:val="center"/>
          </w:tcPr>
          <w:p w:rsidR="004D3725" w14:paraId="136D14D2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50C2C181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3C820991" w14:textId="77777777">
            <w:r>
              <w:rPr>
                <w:sz w:val="19"/>
              </w:rPr>
              <w:t>Conveyance Allowance</w:t>
            </w:r>
          </w:p>
        </w:tc>
        <w:tc>
          <w:tcPr>
            <w:tcW w:w="5112" w:type="dxa"/>
            <w:vAlign w:val="center"/>
          </w:tcPr>
          <w:p w:rsidR="004D3725" w14:paraId="63B5CE93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3D142B97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5A86657A" w14:textId="77777777">
            <w:r>
              <w:rPr>
                <w:b/>
                <w:sz w:val="19"/>
              </w:rPr>
              <w:t>Gross Monthly Salary</w:t>
            </w:r>
          </w:p>
        </w:tc>
        <w:tc>
          <w:tcPr>
            <w:tcW w:w="5112" w:type="dxa"/>
            <w:vAlign w:val="center"/>
          </w:tcPr>
          <w:p w:rsidR="004D3725" w14:paraId="70EFDD92" w14:textId="77777777">
            <w:pPr>
              <w:jc w:val="right"/>
            </w:pPr>
            <w:r>
              <w:rPr>
                <w:b/>
                <w:sz w:val="19"/>
              </w:rPr>
              <w:t>100,000</w:t>
            </w:r>
          </w:p>
        </w:tc>
      </w:tr>
      <w:tr w14:paraId="2B508C5A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49D91BF1" w14:textId="77777777">
            <w:r>
              <w:rPr>
                <w:sz w:val="19"/>
              </w:rPr>
              <w:t>Provident Fund</w:t>
            </w:r>
          </w:p>
        </w:tc>
        <w:tc>
          <w:tcPr>
            <w:tcW w:w="5112" w:type="dxa"/>
            <w:vAlign w:val="center"/>
          </w:tcPr>
          <w:p w:rsidR="004D3725" w14:paraId="2911CF75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4F2F4DFC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4C253229" w14:textId="77777777">
            <w:r>
              <w:rPr>
                <w:sz w:val="19"/>
              </w:rPr>
              <w:t>Income Tax / TDS</w:t>
            </w:r>
          </w:p>
        </w:tc>
        <w:tc>
          <w:tcPr>
            <w:tcW w:w="5112" w:type="dxa"/>
            <w:vAlign w:val="center"/>
          </w:tcPr>
          <w:p w:rsidR="004D3725" w14:paraId="4A022416" w14:textId="77777777">
            <w:pPr>
              <w:jc w:val="right"/>
            </w:pPr>
            <w:r>
              <w:rPr>
                <w:sz w:val="19"/>
              </w:rPr>
              <w:t>6,000</w:t>
            </w:r>
          </w:p>
        </w:tc>
      </w:tr>
      <w:tr w14:paraId="65070B4D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64CFAF43" w14:textId="77777777">
            <w:r>
              <w:rPr>
                <w:b/>
                <w:sz w:val="19"/>
              </w:rPr>
              <w:t>Total Deduction</w:t>
            </w:r>
          </w:p>
        </w:tc>
        <w:tc>
          <w:tcPr>
            <w:tcW w:w="5112" w:type="dxa"/>
            <w:vAlign w:val="center"/>
          </w:tcPr>
          <w:p w:rsidR="004D3725" w14:paraId="0E837AB4" w14:textId="77777777">
            <w:pPr>
              <w:jc w:val="right"/>
            </w:pPr>
            <w:r>
              <w:rPr>
                <w:b/>
                <w:sz w:val="19"/>
              </w:rPr>
              <w:t>11,000</w:t>
            </w:r>
          </w:p>
        </w:tc>
      </w:tr>
      <w:tr w14:paraId="62E3A798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5A4986DA" w14:textId="77777777">
            <w:r>
              <w:rPr>
                <w:b/>
                <w:sz w:val="19"/>
              </w:rPr>
              <w:t>Net Monthly Salary</w:t>
            </w:r>
          </w:p>
        </w:tc>
        <w:tc>
          <w:tcPr>
            <w:tcW w:w="5112" w:type="dxa"/>
            <w:vAlign w:val="center"/>
          </w:tcPr>
          <w:p w:rsidR="004D3725" w14:paraId="51C73907" w14:textId="77777777">
            <w:pPr>
              <w:jc w:val="right"/>
            </w:pPr>
            <w:r>
              <w:rPr>
                <w:b/>
                <w:sz w:val="19"/>
              </w:rPr>
              <w:t>89,000</w:t>
            </w:r>
          </w:p>
        </w:tc>
      </w:tr>
    </w:tbl>
    <w:p w:rsidR="004D3725" w14:paraId="52A15B31" w14:textId="77777777">
      <w:pPr>
        <w:spacing w:after="40"/>
      </w:pPr>
    </w:p>
    <w:p w:rsidR="004D3725" w14:paraId="13345300" w14:textId="77777777">
      <w:pPr>
        <w:spacing w:after="120" w:line="259" w:lineRule="auto"/>
      </w:pPr>
      <w:r>
        <w:t>His gross annual salary is BDT 1,200,000 (Twelve Lakh Taka only), based on his current monthly remuneration.</w:t>
      </w:r>
    </w:p>
    <w:p w:rsidR="004D3725" w14:paraId="5960E590" w14:textId="77777777">
      <w:pPr>
        <w:spacing w:after="120" w:line="259" w:lineRule="auto"/>
      </w:pPr>
      <w:r>
        <w:t>This certificate is being issued at the employee's request for visa and travel-related documentation.</w:t>
      </w:r>
    </w:p>
    <w:p w:rsidR="004D3725" w14:paraId="7553B8D9" w14:textId="77777777">
      <w:pPr>
        <w:spacing w:after="120" w:line="259" w:lineRule="auto"/>
      </w:pPr>
      <w:r>
        <w:t>Should you require any further information regarding his employment or remuneration, please contact our Human Resources Department.</w:t>
      </w:r>
    </w:p>
    <w:p w:rsidR="004D3725" w14:paraId="27E7607C" w14:textId="77777777">
      <w:pPr>
        <w:spacing w:before="160" w:after="20"/>
      </w:pPr>
      <w:r>
        <w:rPr>
          <w:b/>
        </w:rPr>
        <w:t>[Authorized Signature]</w:t>
      </w:r>
    </w:p>
    <w:p w:rsidR="004D3725" w14:paraId="726D2E11" w14:textId="77777777">
      <w:pPr>
        <w:spacing w:after="20"/>
      </w:pPr>
      <w:r>
        <w:rPr>
          <w:b/>
          <w:sz w:val="19"/>
        </w:rPr>
        <w:t>Farhana Rahman</w:t>
      </w:r>
    </w:p>
    <w:p w:rsidR="004D3725" w14:paraId="618D24C8" w14:textId="77777777">
      <w:pPr>
        <w:spacing w:after="20"/>
      </w:pPr>
      <w:r>
        <w:rPr>
          <w:sz w:val="19"/>
        </w:rPr>
        <w:t>Director – Human Resources</w:t>
      </w:r>
    </w:p>
    <w:p w:rsidR="004D3725" w14:paraId="7EC8E7FE" w14:textId="77777777">
      <w:pPr>
        <w:spacing w:after="20"/>
      </w:pPr>
      <w:r>
        <w:rPr>
          <w:sz w:val="19"/>
        </w:rPr>
        <w:t>Company Seal / Stamp</w:t>
      </w:r>
    </w:p>
    <w:sectPr w:rsidSect="00034616">
      <w:pgSz w:w="12240" w:h="15840"/>
      <w:pgMar w:top="936" w:right="1008" w:bottom="936" w:left="1008" w:header="720" w:footer="720" w:gutter="0"/>
      <w:pgNumType w:start="3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86661">
    <w:abstractNumId w:val="8"/>
  </w:num>
  <w:num w:numId="2" w16cid:durableId="1440105638">
    <w:abstractNumId w:val="6"/>
  </w:num>
  <w:num w:numId="3" w16cid:durableId="1025402644">
    <w:abstractNumId w:val="5"/>
  </w:num>
  <w:num w:numId="4" w16cid:durableId="1914512474">
    <w:abstractNumId w:val="4"/>
  </w:num>
  <w:num w:numId="5" w16cid:durableId="1077439790">
    <w:abstractNumId w:val="7"/>
  </w:num>
  <w:num w:numId="6" w16cid:durableId="1234320427">
    <w:abstractNumId w:val="3"/>
  </w:num>
  <w:num w:numId="7" w16cid:durableId="1537309897">
    <w:abstractNumId w:val="2"/>
  </w:num>
  <w:num w:numId="8" w16cid:durableId="1770587731">
    <w:abstractNumId w:val="1"/>
  </w:num>
  <w:num w:numId="9" w16cid:durableId="214427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022F"/>
    <w:rsid w:val="0029639D"/>
    <w:rsid w:val="00326F90"/>
    <w:rsid w:val="004D3725"/>
    <w:rsid w:val="00AA1D8D"/>
    <w:rsid w:val="00B47730"/>
    <w:rsid w:val="00CB0664"/>
    <w:rsid w:val="00D16A6D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6DC2CFBC"/>
  <w15:docId w15:val="{1248DEFA-4EDF-40C5-9B91-522059E3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Hasibus Sakib</cp:lastModifiedBy>
  <cp:revision>2</cp:revision>
  <dcterms:created xsi:type="dcterms:W3CDTF">2013-12-23T23:15:00Z</dcterms:created>
  <dcterms:modified xsi:type="dcterms:W3CDTF">2026-09-05T05:24:00Z</dcterms:modified>
</cp:coreProperties>
</file>