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5.0 -->
  <w:body>
    <w:p w:rsidR="004D3725" w14:paraId="4B78A720" w14:textId="77777777">
      <w:pPr>
        <w:spacing w:before="0" w:after="20"/>
        <w:jc w:val="center"/>
      </w:pPr>
      <w:r>
        <w:rPr>
          <w:b/>
          <w:sz w:val="30"/>
        </w:rPr>
        <w:t>XYZ MANUFACTURING LIMITED</w:t>
      </w:r>
    </w:p>
    <w:p w:rsidR="004D3725" w14:paraId="6EB05C3A" w14:textId="77777777">
      <w:pPr>
        <w:spacing w:after="20"/>
        <w:jc w:val="center"/>
      </w:pPr>
      <w:r>
        <w:rPr>
          <w:sz w:val="19"/>
        </w:rPr>
        <w:t>Plot 18, Industrial Area, Gazipur, Bangladesh</w:t>
      </w:r>
    </w:p>
    <w:p w:rsidR="004D3725" w14:paraId="7ECF0298" w14:textId="77777777">
      <w:pPr>
        <w:spacing w:after="140"/>
        <w:jc w:val="center"/>
      </w:pPr>
      <w:r>
        <w:rPr>
          <w:sz w:val="18"/>
        </w:rPr>
        <w:t>Phone: +880 2-XXXXXXX  |  Email: hr@example.com</w:t>
      </w:r>
    </w:p>
    <w:p w:rsidR="004D3725" w14:paraId="66A38637" w14:textId="77777777">
      <w:pPr>
        <w:spacing w:after="120"/>
      </w:pPr>
      <w:r>
        <w:rPr>
          <w:sz w:val="12"/>
        </w:rPr>
        <w:t>______________________________________________________________________________________________________________</w:t>
      </w:r>
    </w:p>
    <w:tbl>
      <w:tblPr>
        <w:tblW w:w="0" w:type="auto"/>
        <w:jc w:val="center"/>
        <w:tblLook w:val="04A0"/>
      </w:tblPr>
      <w:tblGrid>
        <w:gridCol w:w="5112"/>
        <w:gridCol w:w="5112"/>
      </w:tblGrid>
      <w:tr w14:paraId="11D99995" w14:textId="77777777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5112" w:type="dxa"/>
            <w:vAlign w:val="center"/>
          </w:tcPr>
          <w:p w:rsidR="004D3725" w14:paraId="2A60D5B5" w14:textId="77777777">
            <w:pPr>
              <w:spacing w:after="0"/>
            </w:pPr>
            <w:r>
              <w:rPr>
                <w:sz w:val="19"/>
              </w:rPr>
              <w:t>Date of Issue: 5 September 2026</w:t>
            </w:r>
          </w:p>
        </w:tc>
        <w:tc>
          <w:tcPr>
            <w:tcW w:w="5112" w:type="dxa"/>
            <w:vAlign w:val="center"/>
          </w:tcPr>
          <w:p w:rsidR="004D3725" w14:paraId="5FF33F8B" w14:textId="77777777">
            <w:pPr>
              <w:spacing w:after="0"/>
              <w:jc w:val="right"/>
            </w:pPr>
            <w:r>
              <w:rPr>
                <w:sz w:val="19"/>
              </w:rPr>
              <w:t>Certificate No.: XYZ/HR/2026/458</w:t>
            </w:r>
          </w:p>
        </w:tc>
      </w:tr>
    </w:tbl>
    <w:p w:rsidR="004D3725" w14:paraId="63E593B0" w14:textId="77777777">
      <w:pPr>
        <w:spacing w:before="140" w:after="100"/>
        <w:jc w:val="center"/>
      </w:pPr>
      <w:r>
        <w:rPr>
          <w:b/>
          <w:sz w:val="25"/>
        </w:rPr>
        <w:t>SALARY CERTIFICATE FOR BANK PURPOSE</w:t>
      </w:r>
    </w:p>
    <w:p w:rsidR="004D3725" w14:paraId="795FA75E" w14:textId="77777777">
      <w:pPr>
        <w:spacing w:after="140"/>
        <w:jc w:val="center"/>
      </w:pPr>
      <w:r>
        <w:rPr>
          <w:b/>
        </w:rPr>
        <w:t>TO WHOM IT MAY CONCERN</w:t>
      </w:r>
    </w:p>
    <w:p w:rsidR="004D3725" w14:paraId="65A4B895" w14:textId="77777777">
      <w:pPr>
        <w:spacing w:after="120" w:line="259" w:lineRule="auto"/>
      </w:pPr>
      <w:r>
        <w:t>This is to certify that Ms. Sumaiya Akter, Employee ID XYZ-2187, is employed by XYZ Manufacturing Limited as an Assistant Manager – Finance in the Finance &amp; Accounts Department.</w:t>
      </w:r>
    </w:p>
    <w:p w:rsidR="004D3725" w14:paraId="7B4A1AA5" w14:textId="77777777">
      <w:pPr>
        <w:spacing w:after="120" w:line="259" w:lineRule="auto"/>
      </w:pPr>
      <w:r>
        <w:t>She joined the company on 15 February 2021 and is currently working as a permanent full-time employee.</w:t>
      </w:r>
    </w:p>
    <w:tbl>
      <w:tblPr>
        <w:tblStyle w:val="TableGrid"/>
        <w:tblW w:w="0" w:type="auto"/>
        <w:jc w:val="center"/>
        <w:tblLook w:val="04A0"/>
      </w:tblPr>
      <w:tblGrid>
        <w:gridCol w:w="5112"/>
        <w:gridCol w:w="5112"/>
      </w:tblGrid>
      <w:tr w14:paraId="2CFD5126" w14:textId="77777777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5112" w:type="dxa"/>
            <w:shd w:val="clear" w:color="auto" w:fill="EDEDED"/>
            <w:vAlign w:val="center"/>
          </w:tcPr>
          <w:p w:rsidR="004D3725" w14:paraId="64ED2912" w14:textId="77777777">
            <w:r>
              <w:rPr>
                <w:b/>
                <w:sz w:val="19"/>
              </w:rPr>
              <w:t>Salary Component</w:t>
            </w:r>
          </w:p>
        </w:tc>
        <w:tc>
          <w:tcPr>
            <w:tcW w:w="5112" w:type="dxa"/>
            <w:shd w:val="clear" w:color="auto" w:fill="EDEDED"/>
            <w:vAlign w:val="center"/>
          </w:tcPr>
          <w:p w:rsidR="004D3725" w14:paraId="794D7E90" w14:textId="77777777">
            <w:r>
              <w:rPr>
                <w:b/>
                <w:sz w:val="19"/>
              </w:rPr>
              <w:t>Monthly Amount (BDT)</w:t>
            </w:r>
          </w:p>
        </w:tc>
      </w:tr>
      <w:tr w14:paraId="30ECCA9D" w14:textId="77777777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5112" w:type="dxa"/>
            <w:vAlign w:val="center"/>
          </w:tcPr>
          <w:p w:rsidR="004D3725" w14:paraId="0D1EFBF2" w14:textId="77777777">
            <w:r>
              <w:rPr>
                <w:sz w:val="19"/>
              </w:rPr>
              <w:t>Basic Salary</w:t>
            </w:r>
          </w:p>
        </w:tc>
        <w:tc>
          <w:tcPr>
            <w:tcW w:w="5112" w:type="dxa"/>
            <w:vAlign w:val="center"/>
          </w:tcPr>
          <w:p w:rsidR="004D3725" w14:paraId="78B41DEB" w14:textId="77777777">
            <w:pPr>
              <w:jc w:val="right"/>
            </w:pPr>
            <w:r>
              <w:rPr>
                <w:sz w:val="19"/>
              </w:rPr>
              <w:t>45,000</w:t>
            </w:r>
          </w:p>
        </w:tc>
      </w:tr>
      <w:tr w14:paraId="06A13B89" w14:textId="77777777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5112" w:type="dxa"/>
            <w:vAlign w:val="center"/>
          </w:tcPr>
          <w:p w:rsidR="004D3725" w14:paraId="0725C7D3" w14:textId="77777777">
            <w:r>
              <w:rPr>
                <w:sz w:val="19"/>
              </w:rPr>
              <w:t>House Rent Allowance</w:t>
            </w:r>
          </w:p>
        </w:tc>
        <w:tc>
          <w:tcPr>
            <w:tcW w:w="5112" w:type="dxa"/>
            <w:vAlign w:val="center"/>
          </w:tcPr>
          <w:p w:rsidR="004D3725" w14:paraId="4F6F9483" w14:textId="77777777">
            <w:pPr>
              <w:jc w:val="right"/>
            </w:pPr>
            <w:r>
              <w:rPr>
                <w:sz w:val="19"/>
              </w:rPr>
              <w:t>22,500</w:t>
            </w:r>
          </w:p>
        </w:tc>
      </w:tr>
      <w:tr w14:paraId="350B1E48" w14:textId="77777777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5112" w:type="dxa"/>
            <w:vAlign w:val="center"/>
          </w:tcPr>
          <w:p w:rsidR="004D3725" w14:paraId="7275B75B" w14:textId="77777777">
            <w:r>
              <w:rPr>
                <w:sz w:val="19"/>
              </w:rPr>
              <w:t>Medical Allowance</w:t>
            </w:r>
          </w:p>
        </w:tc>
        <w:tc>
          <w:tcPr>
            <w:tcW w:w="5112" w:type="dxa"/>
            <w:vAlign w:val="center"/>
          </w:tcPr>
          <w:p w:rsidR="004D3725" w14:paraId="29080DEE" w14:textId="77777777">
            <w:pPr>
              <w:jc w:val="right"/>
            </w:pPr>
            <w:r>
              <w:rPr>
                <w:sz w:val="19"/>
              </w:rPr>
              <w:t>5,000</w:t>
            </w:r>
          </w:p>
        </w:tc>
      </w:tr>
      <w:tr w14:paraId="7456E228" w14:textId="77777777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5112" w:type="dxa"/>
            <w:vAlign w:val="center"/>
          </w:tcPr>
          <w:p w:rsidR="004D3725" w14:paraId="06957A30" w14:textId="77777777">
            <w:r>
              <w:rPr>
                <w:sz w:val="19"/>
              </w:rPr>
              <w:t>Conveyance Allowance</w:t>
            </w:r>
          </w:p>
        </w:tc>
        <w:tc>
          <w:tcPr>
            <w:tcW w:w="5112" w:type="dxa"/>
            <w:vAlign w:val="center"/>
          </w:tcPr>
          <w:p w:rsidR="004D3725" w14:paraId="2F7D4899" w14:textId="77777777">
            <w:pPr>
              <w:jc w:val="right"/>
            </w:pPr>
            <w:r>
              <w:rPr>
                <w:sz w:val="19"/>
              </w:rPr>
              <w:t>2,500</w:t>
            </w:r>
          </w:p>
        </w:tc>
      </w:tr>
      <w:tr w14:paraId="252FB4B1" w14:textId="77777777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5112" w:type="dxa"/>
            <w:vAlign w:val="center"/>
          </w:tcPr>
          <w:p w:rsidR="004D3725" w14:paraId="442F0ACC" w14:textId="77777777">
            <w:r>
              <w:rPr>
                <w:b/>
                <w:sz w:val="19"/>
              </w:rPr>
              <w:t>Gross Monthly Salary</w:t>
            </w:r>
          </w:p>
        </w:tc>
        <w:tc>
          <w:tcPr>
            <w:tcW w:w="5112" w:type="dxa"/>
            <w:vAlign w:val="center"/>
          </w:tcPr>
          <w:p w:rsidR="004D3725" w14:paraId="5BBE0E19" w14:textId="77777777">
            <w:pPr>
              <w:jc w:val="right"/>
            </w:pPr>
            <w:r>
              <w:rPr>
                <w:b/>
                <w:sz w:val="19"/>
              </w:rPr>
              <w:t>75,000</w:t>
            </w:r>
          </w:p>
        </w:tc>
      </w:tr>
      <w:tr w14:paraId="0B3C25D3" w14:textId="77777777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5112" w:type="dxa"/>
            <w:vAlign w:val="center"/>
          </w:tcPr>
          <w:p w:rsidR="004D3725" w14:paraId="3233BB73" w14:textId="77777777">
            <w:r>
              <w:rPr>
                <w:sz w:val="19"/>
              </w:rPr>
              <w:t>Provident Fund</w:t>
            </w:r>
          </w:p>
        </w:tc>
        <w:tc>
          <w:tcPr>
            <w:tcW w:w="5112" w:type="dxa"/>
            <w:vAlign w:val="center"/>
          </w:tcPr>
          <w:p w:rsidR="004D3725" w14:paraId="05AAF9C1" w14:textId="77777777">
            <w:pPr>
              <w:jc w:val="right"/>
            </w:pPr>
            <w:r>
              <w:rPr>
                <w:sz w:val="19"/>
              </w:rPr>
              <w:t>3,500</w:t>
            </w:r>
          </w:p>
        </w:tc>
      </w:tr>
      <w:tr w14:paraId="0174A931" w14:textId="77777777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5112" w:type="dxa"/>
            <w:vAlign w:val="center"/>
          </w:tcPr>
          <w:p w:rsidR="004D3725" w14:paraId="1D83D8C9" w14:textId="77777777">
            <w:r>
              <w:rPr>
                <w:sz w:val="19"/>
              </w:rPr>
              <w:t>Income Tax / TDS</w:t>
            </w:r>
          </w:p>
        </w:tc>
        <w:tc>
          <w:tcPr>
            <w:tcW w:w="5112" w:type="dxa"/>
            <w:vAlign w:val="center"/>
          </w:tcPr>
          <w:p w:rsidR="004D3725" w14:paraId="66205548" w14:textId="77777777">
            <w:pPr>
              <w:jc w:val="right"/>
            </w:pPr>
            <w:r>
              <w:rPr>
                <w:sz w:val="19"/>
              </w:rPr>
              <w:t>2,500</w:t>
            </w:r>
          </w:p>
        </w:tc>
      </w:tr>
      <w:tr w14:paraId="30836A0F" w14:textId="77777777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5112" w:type="dxa"/>
            <w:vAlign w:val="center"/>
          </w:tcPr>
          <w:p w:rsidR="004D3725" w14:paraId="738B5DD7" w14:textId="77777777">
            <w:r>
              <w:rPr>
                <w:b/>
                <w:sz w:val="19"/>
              </w:rPr>
              <w:t>Total Deduction</w:t>
            </w:r>
          </w:p>
        </w:tc>
        <w:tc>
          <w:tcPr>
            <w:tcW w:w="5112" w:type="dxa"/>
            <w:vAlign w:val="center"/>
          </w:tcPr>
          <w:p w:rsidR="004D3725" w14:paraId="449C0548" w14:textId="77777777">
            <w:pPr>
              <w:jc w:val="right"/>
            </w:pPr>
            <w:r>
              <w:rPr>
                <w:b/>
                <w:sz w:val="19"/>
              </w:rPr>
              <w:t>6,000</w:t>
            </w:r>
          </w:p>
        </w:tc>
      </w:tr>
      <w:tr w14:paraId="7CCCFEF9" w14:textId="77777777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5112" w:type="dxa"/>
            <w:vAlign w:val="center"/>
          </w:tcPr>
          <w:p w:rsidR="004D3725" w14:paraId="3C887F31" w14:textId="77777777">
            <w:r>
              <w:rPr>
                <w:b/>
                <w:sz w:val="19"/>
              </w:rPr>
              <w:t>Net Monthly Salary</w:t>
            </w:r>
          </w:p>
        </w:tc>
        <w:tc>
          <w:tcPr>
            <w:tcW w:w="5112" w:type="dxa"/>
            <w:vAlign w:val="center"/>
          </w:tcPr>
          <w:p w:rsidR="004D3725" w14:paraId="5B84480D" w14:textId="77777777">
            <w:pPr>
              <w:jc w:val="right"/>
            </w:pPr>
            <w:r>
              <w:rPr>
                <w:b/>
                <w:sz w:val="19"/>
              </w:rPr>
              <w:t>69,000</w:t>
            </w:r>
          </w:p>
        </w:tc>
      </w:tr>
    </w:tbl>
    <w:p w:rsidR="004D3725" w14:paraId="5F5E9802" w14:textId="77777777">
      <w:pPr>
        <w:spacing w:after="40"/>
      </w:pPr>
    </w:p>
    <w:p w:rsidR="004D3725" w14:paraId="4AFA60D0" w14:textId="77777777">
      <w:pPr>
        <w:spacing w:after="120" w:line="259" w:lineRule="auto"/>
      </w:pPr>
      <w:r>
        <w:t>Her current gross monthly salary is BDT 75,000 (Seventy-Five Thousand Taka only).</w:t>
      </w:r>
    </w:p>
    <w:p w:rsidR="004D3725" w14:paraId="0260EE79" w14:textId="77777777">
      <w:pPr>
        <w:spacing w:after="120" w:line="259" w:lineRule="auto"/>
      </w:pPr>
      <w:r>
        <w:t>This certificate is issued upon her request for submission to a financial institution or bank in connection with her personal financial requirements.</w:t>
      </w:r>
    </w:p>
    <w:p w:rsidR="004D3725" w14:paraId="5BA94271" w14:textId="77777777">
      <w:pPr>
        <w:spacing w:after="120" w:line="259" w:lineRule="auto"/>
      </w:pPr>
      <w:r>
        <w:t>For verification, the bank or concerned authority may contact the Human Resources Department using the contact details provided above.</w:t>
      </w:r>
    </w:p>
    <w:p w:rsidR="004D3725" w14:paraId="0766C285" w14:textId="77777777">
      <w:pPr>
        <w:spacing w:before="160" w:after="20"/>
      </w:pPr>
      <w:r>
        <w:rPr>
          <w:b/>
        </w:rPr>
        <w:t>[Authorized Signature]</w:t>
      </w:r>
    </w:p>
    <w:p w:rsidR="004D3725" w14:paraId="0C412E27" w14:textId="77777777">
      <w:pPr>
        <w:spacing w:after="20"/>
      </w:pPr>
      <w:r>
        <w:rPr>
          <w:b/>
          <w:sz w:val="19"/>
        </w:rPr>
        <w:t>Md. Arif Hossain</w:t>
      </w:r>
    </w:p>
    <w:p w:rsidR="004D3725" w14:paraId="3B944CBC" w14:textId="77777777">
      <w:pPr>
        <w:spacing w:after="20"/>
      </w:pPr>
      <w:r>
        <w:rPr>
          <w:sz w:val="19"/>
        </w:rPr>
        <w:t>Head of HR &amp; Administration</w:t>
      </w:r>
    </w:p>
    <w:p w:rsidR="004D3725" w14:paraId="43509579" w14:textId="77777777">
      <w:pPr>
        <w:spacing w:after="20"/>
      </w:pPr>
      <w:r>
        <w:rPr>
          <w:sz w:val="19"/>
        </w:rPr>
        <w:t>Company Seal / Stamp</w:t>
      </w:r>
    </w:p>
    <w:sectPr w:rsidSect="00034616">
      <w:pgSz w:w="12240" w:h="15840"/>
      <w:pgMar w:top="936" w:right="1008" w:bottom="936" w:left="1008" w:header="720" w:footer="720" w:gutter="0"/>
      <w:pgNumType w:start="2"/>
      <w:cols w:space="720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8886661">
    <w:abstractNumId w:val="8"/>
  </w:num>
  <w:num w:numId="2" w16cid:durableId="1440105638">
    <w:abstractNumId w:val="6"/>
  </w:num>
  <w:num w:numId="3" w16cid:durableId="1025402644">
    <w:abstractNumId w:val="5"/>
  </w:num>
  <w:num w:numId="4" w16cid:durableId="1914512474">
    <w:abstractNumId w:val="4"/>
  </w:num>
  <w:num w:numId="5" w16cid:durableId="1077439790">
    <w:abstractNumId w:val="7"/>
  </w:num>
  <w:num w:numId="6" w16cid:durableId="1234320427">
    <w:abstractNumId w:val="3"/>
  </w:num>
  <w:num w:numId="7" w16cid:durableId="1537309897">
    <w:abstractNumId w:val="2"/>
  </w:num>
  <w:num w:numId="8" w16cid:durableId="1770587731">
    <w:abstractNumId w:val="1"/>
  </w:num>
  <w:num w:numId="9" w16cid:durableId="21442746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3022F"/>
    <w:rsid w:val="0029639D"/>
    <w:rsid w:val="00326F90"/>
    <w:rsid w:val="004D3725"/>
    <w:rsid w:val="00AA1D8D"/>
    <w:rsid w:val="00B47730"/>
    <w:rsid w:val="00CB0664"/>
    <w:rsid w:val="00D16A6D"/>
    <w:rsid w:val="00FC693F"/>
  </w:rsids>
  <m:mathPr>
    <m:mathFont m:val="Cambria Math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efaultImageDpi w14:val="300"/>
  <w14:docId w14:val="6DC2CFBC"/>
  <w15:docId w15:val="{1248DEFA-4EDF-40C5-9B91-522059E35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767</Words>
  <Characters>4373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Hasibus Sakib</cp:lastModifiedBy>
  <cp:revision>2</cp:revision>
  <dcterms:created xsi:type="dcterms:W3CDTF">2013-12-23T23:15:00Z</dcterms:created>
  <dcterms:modified xsi:type="dcterms:W3CDTF">2026-09-05T05:24:00Z</dcterms:modified>
</cp:coreProperties>
</file>