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5.0 -->
  <w:body>
    <w:p w:rsidR="004D3725" w14:paraId="48F89A54" w14:textId="77777777">
      <w:pPr>
        <w:spacing w:after="20"/>
        <w:jc w:val="center"/>
      </w:pPr>
      <w:r>
        <w:rPr>
          <w:b/>
          <w:sz w:val="30"/>
        </w:rPr>
        <w:t>ABC TECHNOLOGIES LIMITED</w:t>
      </w:r>
    </w:p>
    <w:p w:rsidR="004D3725" w14:paraId="0445559F" w14:textId="77777777">
      <w:pPr>
        <w:spacing w:after="20"/>
        <w:jc w:val="center"/>
      </w:pPr>
      <w:r>
        <w:rPr>
          <w:sz w:val="19"/>
        </w:rPr>
        <w:t>House 25, Road 7, Dhanmondi, Dhaka-1205</w:t>
      </w:r>
    </w:p>
    <w:p w:rsidR="004D3725" w14:paraId="72F264B7" w14:textId="77777777">
      <w:pPr>
        <w:spacing w:after="140"/>
        <w:jc w:val="center"/>
      </w:pPr>
      <w:r>
        <w:rPr>
          <w:sz w:val="18"/>
        </w:rPr>
        <w:t>Phone: +880 2-XXXXXXX  |  Email: hr@example.com</w:t>
      </w:r>
    </w:p>
    <w:p w:rsidR="004D3725" w14:paraId="580EA3E9" w14:textId="77777777">
      <w:pPr>
        <w:spacing w:after="120"/>
      </w:pPr>
      <w:r>
        <w:rPr>
          <w:sz w:val="12"/>
        </w:rPr>
        <w:t>______________________________________________________________________________________________________________</w:t>
      </w:r>
    </w:p>
    <w:tbl>
      <w:tblPr>
        <w:tblW w:w="0" w:type="auto"/>
        <w:jc w:val="center"/>
        <w:tblLook w:val="04A0"/>
      </w:tblPr>
      <w:tblGrid>
        <w:gridCol w:w="5112"/>
        <w:gridCol w:w="5112"/>
      </w:tblGrid>
      <w:tr w14:paraId="150AD30D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44B2FCFB" w14:textId="77777777">
            <w:pPr>
              <w:spacing w:after="0"/>
            </w:pPr>
            <w:r>
              <w:rPr>
                <w:sz w:val="19"/>
              </w:rPr>
              <w:t>Date of Issue: 5 September 2026</w:t>
            </w:r>
          </w:p>
        </w:tc>
        <w:tc>
          <w:tcPr>
            <w:tcW w:w="5112" w:type="dxa"/>
            <w:vAlign w:val="center"/>
          </w:tcPr>
          <w:p w:rsidR="004D3725" w14:paraId="21A01322" w14:textId="77777777">
            <w:pPr>
              <w:spacing w:after="0"/>
              <w:jc w:val="right"/>
            </w:pPr>
            <w:r>
              <w:rPr>
                <w:sz w:val="19"/>
              </w:rPr>
              <w:t>Certificate No.: ABC/HR/SC/2026/091</w:t>
            </w:r>
          </w:p>
        </w:tc>
      </w:tr>
    </w:tbl>
    <w:p w:rsidR="004D3725" w14:paraId="5B4F4913" w14:textId="77777777">
      <w:pPr>
        <w:spacing w:before="140" w:after="100"/>
        <w:jc w:val="center"/>
      </w:pPr>
      <w:r>
        <w:rPr>
          <w:b/>
          <w:sz w:val="25"/>
        </w:rPr>
        <w:t>SALARY CERTIFICATE</w:t>
      </w:r>
    </w:p>
    <w:p w:rsidR="004D3725" w14:paraId="0BB35651" w14:textId="77777777">
      <w:pPr>
        <w:spacing w:after="140"/>
        <w:jc w:val="center"/>
      </w:pPr>
      <w:r>
        <w:rPr>
          <w:b/>
        </w:rPr>
        <w:t>TO WHOM IT MAY CONCERN</w:t>
      </w:r>
    </w:p>
    <w:p w:rsidR="004D3725" w14:paraId="7A0310ED" w14:textId="77777777">
      <w:pPr>
        <w:spacing w:after="120" w:line="259" w:lineRule="auto"/>
      </w:pPr>
      <w:r>
        <w:t>This is to certify that Md. Rahim Hasan, Employee ID ABC-1045, has been employed with ABC Technologies Limited as a Senior Software Engineer in the Software Development Department since 10 March 2022.</w:t>
      </w:r>
    </w:p>
    <w:p w:rsidR="004D3725" w14:paraId="62AD5A71" w14:textId="77777777">
      <w:pPr>
        <w:spacing w:after="120" w:line="259" w:lineRule="auto"/>
      </w:pPr>
      <w:r>
        <w:t>He is currently employed as a full-time permanent employee of the company. His current monthly salary is as follows:</w:t>
      </w:r>
    </w:p>
    <w:tbl>
      <w:tblPr>
        <w:tblStyle w:val="TableGrid"/>
        <w:tblW w:w="0" w:type="auto"/>
        <w:jc w:val="center"/>
        <w:tblLook w:val="04A0"/>
      </w:tblPr>
      <w:tblGrid>
        <w:gridCol w:w="5112"/>
        <w:gridCol w:w="5112"/>
      </w:tblGrid>
      <w:tr w14:paraId="419B239F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shd w:val="clear" w:color="auto" w:fill="EDEDED"/>
            <w:vAlign w:val="center"/>
          </w:tcPr>
          <w:p w:rsidR="004D3725" w14:paraId="2F73951E" w14:textId="77777777">
            <w:r>
              <w:rPr>
                <w:b/>
                <w:sz w:val="19"/>
              </w:rPr>
              <w:t>Salary Component</w:t>
            </w:r>
          </w:p>
        </w:tc>
        <w:tc>
          <w:tcPr>
            <w:tcW w:w="5112" w:type="dxa"/>
            <w:shd w:val="clear" w:color="auto" w:fill="EDEDED"/>
            <w:vAlign w:val="center"/>
          </w:tcPr>
          <w:p w:rsidR="004D3725" w14:paraId="002C613D" w14:textId="77777777">
            <w:r>
              <w:rPr>
                <w:b/>
                <w:sz w:val="19"/>
              </w:rPr>
              <w:t>Monthly Amount (BDT)</w:t>
            </w:r>
          </w:p>
        </w:tc>
      </w:tr>
      <w:tr w14:paraId="02738A96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77B26905" w14:textId="77777777">
            <w:r>
              <w:rPr>
                <w:sz w:val="19"/>
              </w:rPr>
              <w:t>Basic Salary</w:t>
            </w:r>
          </w:p>
        </w:tc>
        <w:tc>
          <w:tcPr>
            <w:tcW w:w="5112" w:type="dxa"/>
            <w:vAlign w:val="center"/>
          </w:tcPr>
          <w:p w:rsidR="004D3725" w14:paraId="1273E060" w14:textId="77777777">
            <w:pPr>
              <w:jc w:val="right"/>
            </w:pPr>
            <w:r>
              <w:rPr>
                <w:sz w:val="19"/>
              </w:rPr>
              <w:t>50,000</w:t>
            </w:r>
          </w:p>
        </w:tc>
      </w:tr>
      <w:tr w14:paraId="558F891B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25984973" w14:textId="77777777">
            <w:r>
              <w:rPr>
                <w:sz w:val="19"/>
              </w:rPr>
              <w:t>House Rent Allowance</w:t>
            </w:r>
          </w:p>
        </w:tc>
        <w:tc>
          <w:tcPr>
            <w:tcW w:w="5112" w:type="dxa"/>
            <w:vAlign w:val="center"/>
          </w:tcPr>
          <w:p w:rsidR="004D3725" w14:paraId="5E469A05" w14:textId="77777777">
            <w:pPr>
              <w:jc w:val="right"/>
            </w:pPr>
            <w:r>
              <w:rPr>
                <w:sz w:val="19"/>
              </w:rPr>
              <w:t>25,000</w:t>
            </w:r>
          </w:p>
        </w:tc>
      </w:tr>
      <w:tr w14:paraId="326B8F10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7E8BC219" w14:textId="77777777">
            <w:r>
              <w:rPr>
                <w:sz w:val="19"/>
              </w:rPr>
              <w:t>Medical Allowance</w:t>
            </w:r>
          </w:p>
        </w:tc>
        <w:tc>
          <w:tcPr>
            <w:tcW w:w="5112" w:type="dxa"/>
            <w:vAlign w:val="center"/>
          </w:tcPr>
          <w:p w:rsidR="004D3725" w14:paraId="52A22B7F" w14:textId="77777777">
            <w:pPr>
              <w:jc w:val="right"/>
            </w:pPr>
            <w:r>
              <w:rPr>
                <w:sz w:val="19"/>
              </w:rPr>
              <w:t>5,000</w:t>
            </w:r>
          </w:p>
        </w:tc>
      </w:tr>
      <w:tr w14:paraId="4122F69A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635C302D" w14:textId="77777777">
            <w:r>
              <w:rPr>
                <w:sz w:val="19"/>
              </w:rPr>
              <w:t>Conveyance Allowance</w:t>
            </w:r>
          </w:p>
        </w:tc>
        <w:tc>
          <w:tcPr>
            <w:tcW w:w="5112" w:type="dxa"/>
            <w:vAlign w:val="center"/>
          </w:tcPr>
          <w:p w:rsidR="004D3725" w14:paraId="62B1269B" w14:textId="77777777">
            <w:pPr>
              <w:jc w:val="right"/>
            </w:pPr>
            <w:r>
              <w:rPr>
                <w:sz w:val="19"/>
              </w:rPr>
              <w:t>5,000</w:t>
            </w:r>
          </w:p>
        </w:tc>
      </w:tr>
      <w:tr w14:paraId="0E3CDDDA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755B5A2B" w14:textId="77777777">
            <w:r>
              <w:rPr>
                <w:b/>
                <w:sz w:val="19"/>
              </w:rPr>
              <w:t>Gross Salary</w:t>
            </w:r>
          </w:p>
        </w:tc>
        <w:tc>
          <w:tcPr>
            <w:tcW w:w="5112" w:type="dxa"/>
            <w:vAlign w:val="center"/>
          </w:tcPr>
          <w:p w:rsidR="004D3725" w14:paraId="4C9F16DC" w14:textId="77777777">
            <w:pPr>
              <w:jc w:val="right"/>
            </w:pPr>
            <w:r>
              <w:rPr>
                <w:b/>
                <w:sz w:val="19"/>
              </w:rPr>
              <w:t>85,000</w:t>
            </w:r>
          </w:p>
        </w:tc>
      </w:tr>
      <w:tr w14:paraId="6D718887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5017A533" w14:textId="77777777">
            <w:r>
              <w:rPr>
                <w:sz w:val="19"/>
              </w:rPr>
              <w:t>Provident Fund</w:t>
            </w:r>
          </w:p>
        </w:tc>
        <w:tc>
          <w:tcPr>
            <w:tcW w:w="5112" w:type="dxa"/>
            <w:vAlign w:val="center"/>
          </w:tcPr>
          <w:p w:rsidR="004D3725" w14:paraId="3629676D" w14:textId="77777777">
            <w:pPr>
              <w:jc w:val="right"/>
            </w:pPr>
            <w:r>
              <w:rPr>
                <w:sz w:val="19"/>
              </w:rPr>
              <w:t>4,000</w:t>
            </w:r>
          </w:p>
        </w:tc>
      </w:tr>
      <w:tr w14:paraId="3020BF33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378F8B45" w14:textId="77777777">
            <w:r>
              <w:rPr>
                <w:sz w:val="19"/>
              </w:rPr>
              <w:t>Income Tax / TDS</w:t>
            </w:r>
          </w:p>
        </w:tc>
        <w:tc>
          <w:tcPr>
            <w:tcW w:w="5112" w:type="dxa"/>
            <w:vAlign w:val="center"/>
          </w:tcPr>
          <w:p w:rsidR="004D3725" w14:paraId="18DEA305" w14:textId="77777777">
            <w:pPr>
              <w:jc w:val="right"/>
            </w:pPr>
            <w:r>
              <w:rPr>
                <w:sz w:val="19"/>
              </w:rPr>
              <w:t>3,000</w:t>
            </w:r>
          </w:p>
        </w:tc>
      </w:tr>
      <w:tr w14:paraId="43D78FA3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7353CCD5" w14:textId="77777777">
            <w:r>
              <w:rPr>
                <w:sz w:val="19"/>
              </w:rPr>
              <w:t>Other Deduction</w:t>
            </w:r>
          </w:p>
        </w:tc>
        <w:tc>
          <w:tcPr>
            <w:tcW w:w="5112" w:type="dxa"/>
            <w:vAlign w:val="center"/>
          </w:tcPr>
          <w:p w:rsidR="004D3725" w14:paraId="70E60841" w14:textId="77777777">
            <w:pPr>
              <w:jc w:val="right"/>
            </w:pPr>
            <w:r>
              <w:rPr>
                <w:sz w:val="19"/>
              </w:rPr>
              <w:t>1,000</w:t>
            </w:r>
          </w:p>
        </w:tc>
      </w:tr>
      <w:tr w14:paraId="383B6E8E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3FAE3AF4" w14:textId="77777777">
            <w:r>
              <w:rPr>
                <w:b/>
                <w:sz w:val="19"/>
              </w:rPr>
              <w:t>Total Deduction</w:t>
            </w:r>
          </w:p>
        </w:tc>
        <w:tc>
          <w:tcPr>
            <w:tcW w:w="5112" w:type="dxa"/>
            <w:vAlign w:val="center"/>
          </w:tcPr>
          <w:p w:rsidR="004D3725" w14:paraId="1A187B35" w14:textId="77777777">
            <w:pPr>
              <w:jc w:val="right"/>
            </w:pPr>
            <w:r>
              <w:rPr>
                <w:b/>
                <w:sz w:val="19"/>
              </w:rPr>
              <w:t>8,000</w:t>
            </w:r>
          </w:p>
        </w:tc>
      </w:tr>
      <w:tr w14:paraId="2C991ED8" w14:textId="77777777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5112" w:type="dxa"/>
            <w:vAlign w:val="center"/>
          </w:tcPr>
          <w:p w:rsidR="004D3725" w14:paraId="5B0D104E" w14:textId="77777777">
            <w:r>
              <w:rPr>
                <w:b/>
                <w:sz w:val="19"/>
              </w:rPr>
              <w:t>Net Salary</w:t>
            </w:r>
          </w:p>
        </w:tc>
        <w:tc>
          <w:tcPr>
            <w:tcW w:w="5112" w:type="dxa"/>
            <w:vAlign w:val="center"/>
          </w:tcPr>
          <w:p w:rsidR="004D3725" w14:paraId="1F376E8F" w14:textId="77777777">
            <w:pPr>
              <w:jc w:val="right"/>
            </w:pPr>
            <w:r>
              <w:rPr>
                <w:b/>
                <w:sz w:val="19"/>
              </w:rPr>
              <w:t>77,000</w:t>
            </w:r>
          </w:p>
        </w:tc>
      </w:tr>
    </w:tbl>
    <w:p w:rsidR="004D3725" w14:paraId="09411578" w14:textId="77777777">
      <w:pPr>
        <w:spacing w:after="40"/>
      </w:pPr>
    </w:p>
    <w:p w:rsidR="004D3725" w14:paraId="20E15DA2" w14:textId="77777777">
      <w:pPr>
        <w:spacing w:after="120" w:line="259" w:lineRule="auto"/>
      </w:pPr>
      <w:r>
        <w:t>This certificate has been issued at the request of the employee for official purposes.</w:t>
      </w:r>
    </w:p>
    <w:p w:rsidR="004D3725" w14:paraId="00D1DCCF" w14:textId="77777777">
      <w:pPr>
        <w:spacing w:before="160" w:after="20"/>
      </w:pPr>
      <w:r>
        <w:rPr>
          <w:b/>
        </w:rPr>
        <w:t>[Authorized Signature]</w:t>
      </w:r>
    </w:p>
    <w:p w:rsidR="004D3725" w14:paraId="0E109338" w14:textId="77777777">
      <w:pPr>
        <w:spacing w:after="20"/>
      </w:pPr>
      <w:r>
        <w:rPr>
          <w:b/>
          <w:sz w:val="19"/>
        </w:rPr>
        <w:t>Nusrat Jahan</w:t>
      </w:r>
    </w:p>
    <w:p w:rsidR="004D3725" w14:paraId="2CEC90A8" w14:textId="77777777">
      <w:pPr>
        <w:spacing w:after="20"/>
      </w:pPr>
      <w:r>
        <w:rPr>
          <w:sz w:val="19"/>
        </w:rPr>
        <w:t>Head of Human Resources</w:t>
      </w:r>
    </w:p>
    <w:p w:rsidR="004D3725" w14:paraId="0A763CB0" w14:textId="77777777">
      <w:pPr>
        <w:spacing w:after="20"/>
      </w:pPr>
      <w:r>
        <w:rPr>
          <w:sz w:val="19"/>
        </w:rPr>
        <w:t>Company Seal / Stamp</w:t>
      </w:r>
    </w:p>
    <w:sectPr w:rsidSect="00034616">
      <w:pgSz w:w="12240" w:h="15840"/>
      <w:pgMar w:top="936" w:right="1008" w:bottom="936" w:left="1008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886661">
    <w:abstractNumId w:val="8"/>
  </w:num>
  <w:num w:numId="2" w16cid:durableId="1440105638">
    <w:abstractNumId w:val="6"/>
  </w:num>
  <w:num w:numId="3" w16cid:durableId="1025402644">
    <w:abstractNumId w:val="5"/>
  </w:num>
  <w:num w:numId="4" w16cid:durableId="1914512474">
    <w:abstractNumId w:val="4"/>
  </w:num>
  <w:num w:numId="5" w16cid:durableId="1077439790">
    <w:abstractNumId w:val="7"/>
  </w:num>
  <w:num w:numId="6" w16cid:durableId="1234320427">
    <w:abstractNumId w:val="3"/>
  </w:num>
  <w:num w:numId="7" w16cid:durableId="1537309897">
    <w:abstractNumId w:val="2"/>
  </w:num>
  <w:num w:numId="8" w16cid:durableId="1770587731">
    <w:abstractNumId w:val="1"/>
  </w:num>
  <w:num w:numId="9" w16cid:durableId="2144274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3022F"/>
    <w:rsid w:val="0029639D"/>
    <w:rsid w:val="00326F90"/>
    <w:rsid w:val="004D3725"/>
    <w:rsid w:val="00AA1D8D"/>
    <w:rsid w:val="00B47730"/>
    <w:rsid w:val="00CB0664"/>
    <w:rsid w:val="00D16A6D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6DC2CFBC"/>
  <w15:docId w15:val="{1248DEFA-4EDF-40C5-9B91-522059E35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Hasibus Sakib</cp:lastModifiedBy>
  <cp:revision>2</cp:revision>
  <dcterms:created xsi:type="dcterms:W3CDTF">2013-12-23T23:15:00Z</dcterms:created>
  <dcterms:modified xsi:type="dcterms:W3CDTF">2026-09-05T05:24:00Z</dcterms:modified>
</cp:coreProperties>
</file>